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bidi w:val="1"/>
        <w:jc w:val="right"/>
      </w:pPr>
      <w:r>
        <w:rPr>
          <w:b/>
          <w:color w:val="5F3DC4"/>
          <w:sz w:val="32"/>
          <w:rtl w:val="1"/>
          <w:rFonts w:ascii="Arial" w:hAnsi="Arial" w:cs="Arial"/>
          <w:bCs/>
          <w:szCs w:val="32"/>
        </w:rPr>
        <w:t>🔖 סימניות ניווט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579"/>
        <w:gridCol w:w="2579"/>
        <w:gridCol w:w="2579"/>
        <w:gridCol w:w="2579"/>
      </w:tblGrid>
      <w:tr>
        <w:trPr>
          <w:trHeight w:val="14173"/>
        </w:trPr>
        <w:tc>
          <w:tcPr>
            <w:tcW w:type="dxa" w:w="2579"/>
          </w:tcPr>
          <w:p>
            <w:pPr>
              <w:bidi w:val="1"/>
              <w:spacing w:after="20"/>
              <w:jc w:val="right"/>
            </w:pPr>
            <w:r>
              <w:rPr>
                <w:b/>
                <w:color w:val="7048E8"/>
                <w:sz w:val="24"/>
                <w:rtl w:val="1"/>
                <w:rFonts w:ascii="Arial" w:hAnsi="Arial" w:cs="Arial"/>
                <w:bCs/>
                <w:szCs w:val="24"/>
              </w:rPr>
              <w:t>🧭 לפני הקריאה</w:t>
            </w:r>
          </w:p>
          <w:p>
            <w:pPr>
              <w:bidi w:val="1"/>
              <w:spacing w:after="20"/>
              <w:jc w:val="right"/>
            </w:pPr>
            <w:r>
              <w:rPr>
                <w:sz w:val="17"/>
                <w:rtl w:val="1"/>
                <w:rFonts w:ascii="Arial" w:hAnsi="Arial" w:cs="Arial"/>
                <w:szCs w:val="17"/>
              </w:rPr>
              <w:t>מתכוננים למסע: מה מחכה לי?</w:t>
            </w:r>
          </w:p>
          <w:p>
            <w:pPr>
              <w:bidi w:val="1"/>
              <w:spacing w:after="20"/>
              <w:jc w:val="right"/>
            </w:pPr>
            <w:r>
              <w:rPr>
                <w:b/>
                <w:sz w:val="18"/>
                <w:rtl w:val="1"/>
                <w:rFonts w:ascii="Arial" w:hAnsi="Arial" w:cs="Arial"/>
                <w:bCs/>
                <w:szCs w:val="18"/>
              </w:rPr>
              <w:t>🏷️ כותרת – מה היא מבטיחה?</w:t>
            </w:r>
          </w:p>
          <w:p>
            <w:pPr>
              <w:bidi w:val="1"/>
              <w:spacing w:after="20"/>
              <w:jc w:val="right"/>
            </w:pPr>
            <w:r>
              <w:rPr>
                <w:sz w:val="17"/>
                <w:rtl w:val="1"/>
                <w:rFonts w:ascii="Arial" w:hAnsi="Arial" w:cs="Arial"/>
                <w:szCs w:val="17"/>
              </w:rPr>
              <w:t>קוראים את הכותרת. על מה הטקסט?</w:t>
            </w:r>
          </w:p>
          <w:p>
            <w:pPr>
              <w:bidi w:val="1"/>
              <w:spacing w:after="20"/>
              <w:jc w:val="right"/>
            </w:pPr>
            <w:r>
              <w:rPr>
                <w:b/>
                <w:sz w:val="18"/>
                <w:rtl w:val="1"/>
                <w:rFonts w:ascii="Arial" w:hAnsi="Arial" w:cs="Arial"/>
                <w:bCs/>
                <w:szCs w:val="18"/>
              </w:rPr>
              <w:t>🗂️ סריקה: מבנה וכותרות משנה</w:t>
            </w:r>
          </w:p>
          <w:p>
            <w:pPr>
              <w:bidi w:val="1"/>
              <w:spacing w:after="20"/>
              <w:jc w:val="right"/>
            </w:pPr>
            <w:r>
              <w:rPr>
                <w:sz w:val="17"/>
                <w:rtl w:val="1"/>
                <w:rFonts w:ascii="Arial" w:hAnsi="Arial" w:cs="Arial"/>
                <w:szCs w:val="17"/>
              </w:rPr>
              <w:t>מסתכלים מהר על הטקסט. סופרים פסקאות.</w:t>
            </w:r>
          </w:p>
          <w:p>
            <w:pPr>
              <w:bidi w:val="1"/>
              <w:spacing w:after="20"/>
              <w:jc w:val="right"/>
            </w:pPr>
            <w:r>
              <w:rPr>
                <w:b/>
                <w:sz w:val="18"/>
                <w:rtl w:val="1"/>
                <w:rFonts w:ascii="Arial" w:hAnsi="Arial" w:cs="Arial"/>
                <w:bCs/>
                <w:szCs w:val="18"/>
              </w:rPr>
              <w:t>🖼️ תמונה, איור, גרף</w:t>
            </w:r>
          </w:p>
          <w:p>
            <w:pPr>
              <w:bidi w:val="1"/>
              <w:spacing w:after="20"/>
              <w:jc w:val="right"/>
            </w:pPr>
            <w:r>
              <w:rPr>
                <w:sz w:val="17"/>
                <w:rtl w:val="1"/>
                <w:rFonts w:ascii="Arial" w:hAnsi="Arial" w:cs="Arial"/>
                <w:szCs w:val="17"/>
              </w:rPr>
              <w:t>מסתכלים על התמונה. מה רואים?</w:t>
            </w:r>
          </w:p>
          <w:p>
            <w:pPr>
              <w:bidi w:val="1"/>
              <w:spacing w:after="20"/>
              <w:jc w:val="right"/>
            </w:pPr>
            <w:r>
              <w:rPr>
                <w:b/>
                <w:sz w:val="18"/>
                <w:rtl w:val="1"/>
                <w:rFonts w:ascii="Arial" w:hAnsi="Arial" w:cs="Arial"/>
                <w:bCs/>
                <w:szCs w:val="18"/>
              </w:rPr>
              <w:t>🔮 ניבוי – מה יהיה בטקסט?</w:t>
            </w:r>
          </w:p>
          <w:p>
            <w:pPr>
              <w:bidi w:val="1"/>
              <w:spacing w:after="20"/>
              <w:jc w:val="right"/>
            </w:pPr>
            <w:r>
              <w:rPr>
                <w:sz w:val="17"/>
                <w:rtl w:val="1"/>
                <w:rFonts w:ascii="Arial" w:hAnsi="Arial" w:cs="Arial"/>
                <w:szCs w:val="17"/>
              </w:rPr>
              <w:t>מנחשים: מה יהיה בטקסט?</w:t>
            </w:r>
          </w:p>
          <w:p>
            <w:pPr>
              <w:bidi w:val="1"/>
              <w:spacing w:after="20"/>
              <w:jc w:val="right"/>
            </w:pPr>
            <w:r>
              <w:rPr>
                <w:b/>
                <w:sz w:val="18"/>
                <w:rtl w:val="1"/>
                <w:rFonts w:ascii="Arial" w:hAnsi="Arial" w:cs="Arial"/>
                <w:bCs/>
                <w:szCs w:val="18"/>
              </w:rPr>
              <w:t>🎯 סוגה ומטרה – איזה טקסט זה?</w:t>
            </w:r>
          </w:p>
          <w:p>
            <w:pPr>
              <w:bidi w:val="1"/>
              <w:spacing w:after="20"/>
              <w:jc w:val="right"/>
            </w:pPr>
            <w:r>
              <w:rPr>
                <w:sz w:val="17"/>
                <w:rtl w:val="1"/>
                <w:rFonts w:ascii="Arial" w:hAnsi="Arial" w:cs="Arial"/>
                <w:szCs w:val="17"/>
              </w:rPr>
              <w:t>איזה טקסט זה? סיפור? מידע? דעה?</w:t>
            </w:r>
          </w:p>
          <w:p>
            <w:pPr>
              <w:bidi w:val="1"/>
              <w:spacing w:after="20"/>
              <w:jc w:val="right"/>
            </w:pPr>
            <w:r>
              <w:rPr>
                <w:b/>
                <w:sz w:val="18"/>
                <w:rtl w:val="1"/>
                <w:rFonts w:ascii="Arial" w:hAnsi="Arial" w:cs="Arial"/>
                <w:bCs/>
                <w:szCs w:val="18"/>
              </w:rPr>
              <w:t>🧠 ידע קודם – מה כבר ידוע לי?</w:t>
            </w:r>
          </w:p>
          <w:p>
            <w:pPr>
              <w:bidi w:val="1"/>
              <w:spacing w:after="20"/>
              <w:jc w:val="right"/>
            </w:pPr>
            <w:r>
              <w:rPr>
                <w:sz w:val="17"/>
                <w:rtl w:val="1"/>
                <w:rFonts w:ascii="Arial" w:hAnsi="Arial" w:cs="Arial"/>
                <w:szCs w:val="17"/>
              </w:rPr>
              <w:t>מה אני כבר יודע/ת על הנושא?</w:t>
            </w:r>
          </w:p>
          <w:p>
            <w:pPr>
              <w:bidi w:val="1"/>
              <w:spacing w:after="20"/>
              <w:jc w:val="right"/>
            </w:pPr>
            <w:r>
              <w:rPr>
                <w:color w:val="666666"/>
                <w:sz w:val="14"/>
                <w:rtl w:val="1"/>
                <w:rFonts w:ascii="Arial" w:hAnsi="Arial" w:cs="Arial"/>
                <w:szCs w:val="14"/>
              </w:rPr>
              <w:t>יצרה: רוית ראש בן ישי</w:t>
            </w:r>
          </w:p>
        </w:tc>
        <w:tc>
          <w:tcPr>
            <w:tcW w:type="dxa" w:w="2579"/>
          </w:tcPr>
          <w:p>
            <w:pPr>
              <w:bidi w:val="1"/>
              <w:spacing w:after="20"/>
              <w:jc w:val="right"/>
            </w:pPr>
            <w:r>
              <w:rPr>
                <w:b/>
                <w:color w:val="1C7ED6"/>
                <w:sz w:val="24"/>
                <w:rtl w:val="1"/>
                <w:rFonts w:ascii="Arial" w:hAnsi="Arial" w:cs="Arial"/>
                <w:bCs/>
                <w:szCs w:val="24"/>
              </w:rPr>
              <w:t>🚶 בזמן הקריאה</w:t>
            </w:r>
          </w:p>
          <w:p>
            <w:pPr>
              <w:bidi w:val="1"/>
              <w:spacing w:after="20"/>
              <w:jc w:val="right"/>
            </w:pPr>
            <w:r>
              <w:rPr>
                <w:sz w:val="17"/>
                <w:rtl w:val="1"/>
                <w:rFonts w:ascii="Arial" w:hAnsi="Arial" w:cs="Arial"/>
                <w:szCs w:val="17"/>
              </w:rPr>
              <w:t>הולכים בדרך: עוצרים, מסמנים, שואלים</w:t>
            </w:r>
          </w:p>
          <w:p>
            <w:pPr>
              <w:bidi w:val="1"/>
              <w:spacing w:after="20"/>
              <w:jc w:val="right"/>
            </w:pPr>
            <w:r>
              <w:rPr>
                <w:b/>
                <w:sz w:val="18"/>
                <w:rtl w:val="1"/>
                <w:rFonts w:ascii="Arial" w:hAnsi="Arial" w:cs="Arial"/>
                <w:bCs/>
                <w:szCs w:val="18"/>
              </w:rPr>
              <w:t>💡 הרעיון המרכזי בפסקה</w:t>
            </w:r>
          </w:p>
          <w:p>
            <w:pPr>
              <w:bidi w:val="1"/>
              <w:spacing w:after="20"/>
              <w:jc w:val="right"/>
            </w:pPr>
            <w:r>
              <w:rPr>
                <w:sz w:val="17"/>
                <w:rtl w:val="1"/>
                <w:rFonts w:ascii="Arial" w:hAnsi="Arial" w:cs="Arial"/>
                <w:szCs w:val="17"/>
              </w:rPr>
              <w:t>על מה הפסקה? כותבים 2–3 מילים.</w:t>
            </w:r>
          </w:p>
          <w:p>
            <w:pPr>
              <w:bidi w:val="1"/>
              <w:spacing w:after="20"/>
              <w:jc w:val="right"/>
            </w:pPr>
            <w:r>
              <w:rPr>
                <w:b/>
                <w:sz w:val="18"/>
                <w:rtl w:val="1"/>
                <w:rFonts w:ascii="Arial" w:hAnsi="Arial" w:cs="Arial"/>
                <w:bCs/>
                <w:szCs w:val="18"/>
              </w:rPr>
              <w:t>🖍️ סימון מילות מפתח</w:t>
            </w:r>
          </w:p>
          <w:p>
            <w:pPr>
              <w:bidi w:val="1"/>
              <w:spacing w:after="20"/>
              <w:jc w:val="right"/>
            </w:pPr>
            <w:r>
              <w:rPr>
                <w:sz w:val="17"/>
                <w:rtl w:val="1"/>
                <w:rFonts w:ascii="Arial" w:hAnsi="Arial" w:cs="Arial"/>
                <w:szCs w:val="17"/>
              </w:rPr>
              <w:t>מסמנים 3 מילים חשובות בכל פסקה.</w:t>
            </w:r>
          </w:p>
          <w:p>
            <w:pPr>
              <w:bidi w:val="1"/>
              <w:spacing w:after="20"/>
              <w:jc w:val="right"/>
            </w:pPr>
            <w:r>
              <w:rPr>
                <w:b/>
                <w:sz w:val="18"/>
                <w:rtl w:val="1"/>
                <w:rFonts w:ascii="Arial" w:hAnsi="Arial" w:cs="Arial"/>
                <w:bCs/>
                <w:szCs w:val="18"/>
              </w:rPr>
              <w:t>🧩 מילה לא מוכרת – מבינים מההקשר</w:t>
            </w:r>
          </w:p>
          <w:p>
            <w:pPr>
              <w:bidi w:val="1"/>
              <w:spacing w:after="20"/>
              <w:jc w:val="right"/>
            </w:pPr>
            <w:r>
              <w:rPr>
                <w:sz w:val="17"/>
                <w:rtl w:val="1"/>
                <w:rFonts w:ascii="Arial" w:hAnsi="Arial" w:cs="Arial"/>
                <w:szCs w:val="17"/>
              </w:rPr>
              <w:t>לא מבינים מילה? קוראים את המשפט שלפני ואחרי.</w:t>
            </w:r>
          </w:p>
          <w:p>
            <w:pPr>
              <w:bidi w:val="1"/>
              <w:spacing w:after="20"/>
              <w:jc w:val="right"/>
            </w:pPr>
            <w:r>
              <w:rPr>
                <w:b/>
                <w:sz w:val="18"/>
                <w:rtl w:val="1"/>
                <w:rFonts w:ascii="Arial" w:hAnsi="Arial" w:cs="Arial"/>
                <w:bCs/>
                <w:szCs w:val="18"/>
              </w:rPr>
              <w:t>🔗 מילות קישור – תמרורים בטקסט</w:t>
            </w:r>
          </w:p>
          <w:p>
            <w:pPr>
              <w:bidi w:val="1"/>
              <w:spacing w:after="20"/>
              <w:jc w:val="right"/>
            </w:pPr>
            <w:r>
              <w:rPr>
                <w:sz w:val="17"/>
                <w:rtl w:val="1"/>
                <w:rFonts w:ascii="Arial" w:hAnsi="Arial" w:cs="Arial"/>
                <w:szCs w:val="17"/>
              </w:rPr>
              <w:t>מחפשים מילים כמו: אבל, לכן, כי, בנוסף.</w:t>
            </w:r>
          </w:p>
          <w:p>
            <w:pPr>
              <w:bidi w:val="1"/>
              <w:spacing w:after="20"/>
              <w:jc w:val="right"/>
            </w:pPr>
            <w:r>
              <w:rPr>
                <w:b/>
                <w:sz w:val="18"/>
                <w:rtl w:val="1"/>
                <w:rFonts w:ascii="Arial" w:hAnsi="Arial" w:cs="Arial"/>
                <w:bCs/>
                <w:szCs w:val="18"/>
              </w:rPr>
              <w:t>⚖️ עובדה או דעה?</w:t>
            </w:r>
          </w:p>
          <w:p>
            <w:pPr>
              <w:bidi w:val="1"/>
              <w:spacing w:after="20"/>
              <w:jc w:val="right"/>
            </w:pPr>
            <w:r>
              <w:rPr>
                <w:sz w:val="17"/>
                <w:rtl w:val="1"/>
                <w:rFonts w:ascii="Arial" w:hAnsi="Arial" w:cs="Arial"/>
                <w:szCs w:val="17"/>
              </w:rPr>
              <w:t>עובדה = אפשר לבדוק. דעה = מה שמישהו חושב.</w:t>
            </w:r>
          </w:p>
          <w:p>
            <w:pPr>
              <w:bidi w:val="1"/>
              <w:spacing w:after="20"/>
              <w:jc w:val="right"/>
            </w:pPr>
            <w:r>
              <w:rPr>
                <w:b/>
                <w:sz w:val="18"/>
                <w:rtl w:val="1"/>
                <w:rFonts w:ascii="Arial" w:hAnsi="Arial" w:cs="Arial"/>
                <w:bCs/>
                <w:szCs w:val="18"/>
              </w:rPr>
              <w:t>❓ שואלים תוך כדי קריאה</w:t>
            </w:r>
          </w:p>
          <w:p>
            <w:pPr>
              <w:bidi w:val="1"/>
              <w:spacing w:after="20"/>
              <w:jc w:val="right"/>
            </w:pPr>
            <w:r>
              <w:rPr>
                <w:sz w:val="17"/>
                <w:rtl w:val="1"/>
                <w:rFonts w:ascii="Arial" w:hAnsi="Arial" w:cs="Arial"/>
                <w:szCs w:val="17"/>
              </w:rPr>
              <w:t>כותבים שאלה אחת על הטקסט.</w:t>
            </w:r>
          </w:p>
          <w:p>
            <w:pPr>
              <w:bidi w:val="1"/>
              <w:spacing w:after="20"/>
              <w:jc w:val="right"/>
            </w:pPr>
            <w:r>
              <w:rPr>
                <w:b/>
                <w:sz w:val="18"/>
                <w:rtl w:val="1"/>
                <w:rFonts w:ascii="Arial" w:hAnsi="Arial" w:cs="Arial"/>
                <w:bCs/>
                <w:szCs w:val="18"/>
              </w:rPr>
              <w:t>🎬 רואים את זה בדמיון</w:t>
            </w:r>
          </w:p>
          <w:p>
            <w:pPr>
              <w:bidi w:val="1"/>
              <w:spacing w:after="20"/>
              <w:jc w:val="right"/>
            </w:pPr>
            <w:r>
              <w:rPr>
                <w:sz w:val="17"/>
                <w:rtl w:val="1"/>
                <w:rFonts w:ascii="Arial" w:hAnsi="Arial" w:cs="Arial"/>
                <w:szCs w:val="17"/>
              </w:rPr>
              <w:t>עוצמים עיניים: מה רואים?</w:t>
            </w:r>
          </w:p>
          <w:p>
            <w:pPr>
              <w:bidi w:val="1"/>
              <w:spacing w:after="20"/>
              <w:jc w:val="right"/>
            </w:pPr>
            <w:r>
              <w:rPr>
                <w:b/>
                <w:sz w:val="18"/>
                <w:rtl w:val="1"/>
                <w:rFonts w:ascii="Arial" w:hAnsi="Arial" w:cs="Arial"/>
                <w:bCs/>
                <w:szCs w:val="18"/>
              </w:rPr>
              <w:t>🚦 עוצרים ובודקים: הבנתי?</w:t>
            </w:r>
          </w:p>
          <w:p>
            <w:pPr>
              <w:bidi w:val="1"/>
              <w:spacing w:after="20"/>
              <w:jc w:val="right"/>
            </w:pPr>
            <w:r>
              <w:rPr>
                <w:sz w:val="17"/>
                <w:rtl w:val="1"/>
                <w:rFonts w:ascii="Arial" w:hAnsi="Arial" w:cs="Arial"/>
                <w:szCs w:val="17"/>
              </w:rPr>
              <w:t>עוצרים. הבנתי? 🟢 🟡 🔴</w:t>
            </w:r>
          </w:p>
          <w:p>
            <w:pPr>
              <w:bidi w:val="1"/>
              <w:spacing w:after="20"/>
              <w:jc w:val="right"/>
            </w:pPr>
            <w:r>
              <w:rPr>
                <w:color w:val="666666"/>
                <w:sz w:val="14"/>
                <w:rtl w:val="1"/>
                <w:rFonts w:ascii="Arial" w:hAnsi="Arial" w:cs="Arial"/>
                <w:szCs w:val="14"/>
              </w:rPr>
              <w:t>יצרה: רוית ראש בן ישי</w:t>
            </w:r>
          </w:p>
        </w:tc>
        <w:tc>
          <w:tcPr>
            <w:tcW w:type="dxa" w:w="2579"/>
          </w:tcPr>
          <w:p>
            <w:pPr>
              <w:bidi w:val="1"/>
              <w:spacing w:after="20"/>
              <w:jc w:val="right"/>
            </w:pPr>
            <w:r>
              <w:rPr>
                <w:b/>
                <w:color w:val="2F9E44"/>
                <w:sz w:val="24"/>
                <w:rtl w:val="1"/>
                <w:rFonts w:ascii="Arial" w:hAnsi="Arial" w:cs="Arial"/>
                <w:bCs/>
                <w:szCs w:val="24"/>
              </w:rPr>
              <w:t>🏁 אחרי הקריאה</w:t>
            </w:r>
          </w:p>
          <w:p>
            <w:pPr>
              <w:bidi w:val="1"/>
              <w:spacing w:after="20"/>
              <w:jc w:val="right"/>
            </w:pPr>
            <w:r>
              <w:rPr>
                <w:sz w:val="17"/>
                <w:rtl w:val="1"/>
                <w:rFonts w:ascii="Arial" w:hAnsi="Arial" w:cs="Arial"/>
                <w:szCs w:val="17"/>
              </w:rPr>
              <w:t>מגיעים ליעד: מסכמים ועונים</w:t>
            </w:r>
          </w:p>
          <w:p>
            <w:pPr>
              <w:bidi w:val="1"/>
              <w:spacing w:after="20"/>
              <w:jc w:val="right"/>
            </w:pPr>
            <w:r>
              <w:rPr>
                <w:b/>
                <w:sz w:val="18"/>
                <w:rtl w:val="1"/>
                <w:rFonts w:ascii="Arial" w:hAnsi="Arial" w:cs="Arial"/>
                <w:bCs/>
                <w:szCs w:val="18"/>
              </w:rPr>
              <w:t>📝 סיכום קצר</w:t>
            </w:r>
          </w:p>
          <w:p>
            <w:pPr>
              <w:bidi w:val="1"/>
              <w:spacing w:after="20"/>
              <w:jc w:val="right"/>
            </w:pPr>
            <w:r>
              <w:rPr>
                <w:sz w:val="17"/>
                <w:rtl w:val="1"/>
                <w:rFonts w:ascii="Arial" w:hAnsi="Arial" w:cs="Arial"/>
                <w:szCs w:val="17"/>
              </w:rPr>
              <w:t>כותבים 2 משפטים: על מה הטקסט? מה העיקר?</w:t>
            </w:r>
          </w:p>
          <w:p>
            <w:pPr>
              <w:bidi w:val="1"/>
              <w:spacing w:after="20"/>
              <w:jc w:val="right"/>
            </w:pPr>
            <w:r>
              <w:rPr>
                <w:b/>
                <w:sz w:val="18"/>
                <w:rtl w:val="1"/>
                <w:rFonts w:ascii="Arial" w:hAnsi="Arial" w:cs="Arial"/>
                <w:bCs/>
                <w:szCs w:val="18"/>
              </w:rPr>
              <w:t>🗺️ מפת הטקסט</w:t>
            </w:r>
          </w:p>
          <w:p>
            <w:pPr>
              <w:bidi w:val="1"/>
              <w:spacing w:after="20"/>
              <w:jc w:val="right"/>
            </w:pPr>
            <w:r>
              <w:rPr>
                <w:sz w:val="17"/>
                <w:rtl w:val="1"/>
                <w:rFonts w:ascii="Arial" w:hAnsi="Arial" w:cs="Arial"/>
                <w:szCs w:val="17"/>
              </w:rPr>
              <w:t>לכל פסקה – מילה אחת. מחברים בחצים.</w:t>
            </w:r>
          </w:p>
          <w:p>
            <w:pPr>
              <w:bidi w:val="1"/>
              <w:spacing w:after="20"/>
              <w:jc w:val="right"/>
            </w:pPr>
            <w:r>
              <w:rPr>
                <w:b/>
                <w:sz w:val="18"/>
                <w:rtl w:val="1"/>
                <w:rFonts w:ascii="Arial" w:hAnsi="Arial" w:cs="Arial"/>
                <w:bCs/>
                <w:szCs w:val="18"/>
              </w:rPr>
              <w:t>🔍 שאלת איתור</w:t>
            </w:r>
          </w:p>
          <w:p>
            <w:pPr>
              <w:bidi w:val="1"/>
              <w:spacing w:after="20"/>
              <w:jc w:val="right"/>
            </w:pPr>
            <w:r>
              <w:rPr>
                <w:sz w:val="17"/>
                <w:rtl w:val="1"/>
                <w:rFonts w:ascii="Arial" w:hAnsi="Arial" w:cs="Arial"/>
                <w:szCs w:val="17"/>
              </w:rPr>
              <w:t>מוצאים בשאלה מילה חשובה. מחפשים אותה בטקסט.</w:t>
            </w:r>
          </w:p>
          <w:p>
            <w:pPr>
              <w:bidi w:val="1"/>
              <w:spacing w:after="20"/>
              <w:jc w:val="right"/>
            </w:pPr>
            <w:r>
              <w:rPr>
                <w:b/>
                <w:sz w:val="18"/>
                <w:rtl w:val="1"/>
                <w:rFonts w:ascii="Arial" w:hAnsi="Arial" w:cs="Arial"/>
                <w:bCs/>
                <w:szCs w:val="18"/>
              </w:rPr>
              <w:t>🤔 שאלת הבנה ופרשנות</w:t>
            </w:r>
          </w:p>
          <w:p>
            <w:pPr>
              <w:bidi w:val="1"/>
              <w:spacing w:after="20"/>
              <w:jc w:val="right"/>
            </w:pPr>
            <w:r>
              <w:rPr>
                <w:sz w:val="17"/>
                <w:rtl w:val="1"/>
                <w:rFonts w:ascii="Arial" w:hAnsi="Arial" w:cs="Arial"/>
                <w:szCs w:val="17"/>
              </w:rPr>
              <w:t>מסבירים במילים שלי.</w:t>
            </w:r>
          </w:p>
          <w:p>
            <w:pPr>
              <w:bidi w:val="1"/>
              <w:spacing w:after="20"/>
              <w:jc w:val="right"/>
            </w:pPr>
            <w:r>
              <w:rPr>
                <w:b/>
                <w:sz w:val="18"/>
                <w:rtl w:val="1"/>
                <w:rFonts w:ascii="Arial" w:hAnsi="Arial" w:cs="Arial"/>
                <w:bCs/>
                <w:szCs w:val="18"/>
              </w:rPr>
              <w:t>🕵️ שאלת הסקה – בין השורות</w:t>
            </w:r>
          </w:p>
          <w:p>
            <w:pPr>
              <w:bidi w:val="1"/>
              <w:spacing w:after="20"/>
              <w:jc w:val="right"/>
            </w:pPr>
            <w:r>
              <w:rPr>
                <w:sz w:val="17"/>
                <w:rtl w:val="1"/>
                <w:rFonts w:ascii="Arial" w:hAnsi="Arial" w:cs="Arial"/>
                <w:szCs w:val="17"/>
              </w:rPr>
              <w:t>רמז + מה שאני יודע/ת = מסקנה.</w:t>
            </w:r>
          </w:p>
          <w:p>
            <w:pPr>
              <w:bidi w:val="1"/>
              <w:spacing w:after="20"/>
              <w:jc w:val="right"/>
            </w:pPr>
            <w:r>
              <w:rPr>
                <w:b/>
                <w:sz w:val="18"/>
                <w:rtl w:val="1"/>
                <w:rFonts w:ascii="Arial" w:hAnsi="Arial" w:cs="Arial"/>
                <w:bCs/>
                <w:szCs w:val="18"/>
              </w:rPr>
              <w:t>🔄 שאלת השוואה</w:t>
            </w:r>
          </w:p>
          <w:p>
            <w:pPr>
              <w:bidi w:val="1"/>
              <w:spacing w:after="20"/>
              <w:jc w:val="right"/>
            </w:pPr>
            <w:r>
              <w:rPr>
                <w:sz w:val="17"/>
                <w:rtl w:val="1"/>
                <w:rFonts w:ascii="Arial" w:hAnsi="Arial" w:cs="Arial"/>
                <w:szCs w:val="17"/>
              </w:rPr>
              <w:t>מה דומה? מה שונה? ממלאים טבלה.</w:t>
            </w:r>
          </w:p>
          <w:p>
            <w:pPr>
              <w:bidi w:val="1"/>
              <w:spacing w:after="20"/>
              <w:jc w:val="right"/>
            </w:pPr>
            <w:r>
              <w:rPr>
                <w:b/>
                <w:sz w:val="18"/>
                <w:rtl w:val="1"/>
                <w:rFonts w:ascii="Arial" w:hAnsi="Arial" w:cs="Arial"/>
                <w:bCs/>
                <w:szCs w:val="18"/>
              </w:rPr>
              <w:t>🗣️ שאלת עמדה</w:t>
            </w:r>
          </w:p>
          <w:p>
            <w:pPr>
              <w:bidi w:val="1"/>
              <w:spacing w:after="20"/>
              <w:jc w:val="right"/>
            </w:pPr>
            <w:r>
              <w:rPr>
                <w:sz w:val="17"/>
                <w:rtl w:val="1"/>
                <w:rFonts w:ascii="Arial" w:hAnsi="Arial" w:cs="Arial"/>
                <w:szCs w:val="17"/>
              </w:rPr>
              <w:t>לדעתי… כי…</w:t>
            </w:r>
          </w:p>
          <w:p>
            <w:pPr>
              <w:bidi w:val="1"/>
              <w:spacing w:after="20"/>
              <w:jc w:val="right"/>
            </w:pPr>
            <w:r>
              <w:rPr>
                <w:b/>
                <w:sz w:val="18"/>
                <w:rtl w:val="1"/>
                <w:rFonts w:ascii="Arial" w:hAnsi="Arial" w:cs="Arial"/>
                <w:bCs/>
                <w:szCs w:val="18"/>
              </w:rPr>
              <w:t>📖 קוראים את השאלה נכון</w:t>
            </w:r>
          </w:p>
          <w:p>
            <w:pPr>
              <w:bidi w:val="1"/>
              <w:spacing w:after="20"/>
              <w:jc w:val="right"/>
            </w:pPr>
            <w:r>
              <w:rPr>
                <w:sz w:val="17"/>
                <w:rtl w:val="1"/>
                <w:rFonts w:ascii="Arial" w:hAnsi="Arial" w:cs="Arial"/>
                <w:szCs w:val="17"/>
              </w:rPr>
              <w:t>מסמנים בשאלה: מה לעשות? כמה?</w:t>
            </w:r>
          </w:p>
          <w:p>
            <w:pPr>
              <w:bidi w:val="1"/>
              <w:spacing w:after="20"/>
              <w:jc w:val="right"/>
            </w:pPr>
            <w:r>
              <w:rPr>
                <w:b/>
                <w:sz w:val="18"/>
                <w:rtl w:val="1"/>
                <w:rFonts w:ascii="Arial" w:hAnsi="Arial" w:cs="Arial"/>
                <w:bCs/>
                <w:szCs w:val="18"/>
              </w:rPr>
              <w:t>📌 ראיה מהטקסט</w:t>
            </w:r>
          </w:p>
          <w:p>
            <w:pPr>
              <w:bidi w:val="1"/>
              <w:spacing w:after="20"/>
              <w:jc w:val="right"/>
            </w:pPr>
            <w:r>
              <w:rPr>
                <w:sz w:val="17"/>
                <w:rtl w:val="1"/>
                <w:rFonts w:ascii="Arial" w:hAnsi="Arial" w:cs="Arial"/>
                <w:szCs w:val="17"/>
              </w:rPr>
              <w:t>מוצאים בטקסט משפט שמוכיח.</w:t>
            </w:r>
          </w:p>
          <w:p>
            <w:pPr>
              <w:bidi w:val="1"/>
              <w:spacing w:after="20"/>
              <w:jc w:val="right"/>
            </w:pPr>
            <w:r>
              <w:rPr>
                <w:b/>
                <w:sz w:val="18"/>
                <w:rtl w:val="1"/>
                <w:rFonts w:ascii="Arial" w:hAnsi="Arial" w:cs="Arial"/>
                <w:bCs/>
                <w:szCs w:val="18"/>
              </w:rPr>
              <w:t>✍️ תשובה מלאה: טענה + נימוק + דוגמה</w:t>
            </w:r>
          </w:p>
          <w:p>
            <w:pPr>
              <w:bidi w:val="1"/>
              <w:spacing w:after="20"/>
              <w:jc w:val="right"/>
            </w:pPr>
            <w:r>
              <w:rPr>
                <w:sz w:val="17"/>
                <w:rtl w:val="1"/>
                <w:rFonts w:ascii="Arial" w:hAnsi="Arial" w:cs="Arial"/>
                <w:szCs w:val="17"/>
              </w:rPr>
              <w:t>טענה + כי + למשל.</w:t>
            </w:r>
          </w:p>
          <w:p>
            <w:pPr>
              <w:bidi w:val="1"/>
              <w:spacing w:after="20"/>
              <w:jc w:val="right"/>
            </w:pPr>
            <w:r>
              <w:rPr>
                <w:b/>
                <w:sz w:val="18"/>
                <w:rtl w:val="1"/>
                <w:rFonts w:ascii="Arial" w:hAnsi="Arial" w:cs="Arial"/>
                <w:bCs/>
                <w:szCs w:val="18"/>
              </w:rPr>
              <w:t>✍️ טנ״ד = טענה + נימוק + דוגמה</w:t>
            </w:r>
          </w:p>
          <w:p>
            <w:pPr>
              <w:bidi w:val="1"/>
              <w:spacing w:after="20"/>
              <w:jc w:val="right"/>
            </w:pPr>
            <w:r>
              <w:rPr>
                <w:color w:val="666666"/>
                <w:sz w:val="14"/>
                <w:rtl w:val="1"/>
                <w:rFonts w:ascii="Arial" w:hAnsi="Arial" w:cs="Arial"/>
                <w:szCs w:val="14"/>
              </w:rPr>
              <w:t>יצרה: רוית ראש בן ישי</w:t>
            </w:r>
          </w:p>
        </w:tc>
        <w:tc>
          <w:tcPr>
            <w:tcW w:type="dxa" w:w="2579"/>
          </w:tcPr>
          <w:p>
            <w:pPr>
              <w:bidi w:val="1"/>
              <w:spacing w:after="20"/>
              <w:jc w:val="right"/>
            </w:pPr>
            <w:r>
              <w:rPr>
                <w:b/>
                <w:color w:val="E8590C"/>
                <w:sz w:val="24"/>
                <w:rtl w:val="1"/>
                <w:rFonts w:ascii="Arial" w:hAnsi="Arial" w:cs="Arial"/>
                <w:bCs/>
                <w:szCs w:val="24"/>
              </w:rPr>
              <w:t>🆘 כרטיסי SOS</w:t>
            </w:r>
          </w:p>
          <w:p>
            <w:pPr>
              <w:bidi w:val="1"/>
              <w:spacing w:after="20"/>
              <w:jc w:val="right"/>
            </w:pPr>
            <w:r>
              <w:rPr>
                <w:sz w:val="17"/>
                <w:rtl w:val="1"/>
                <w:rFonts w:ascii="Arial" w:hAnsi="Arial" w:cs="Arial"/>
                <w:szCs w:val="17"/>
              </w:rPr>
              <w:t>נתקעתם? כרטיס חילוץ</w:t>
            </w:r>
          </w:p>
          <w:p>
            <w:pPr>
              <w:bidi w:val="1"/>
              <w:spacing w:after="20"/>
              <w:jc w:val="right"/>
            </w:pPr>
            <w:r>
              <w:rPr>
                <w:b/>
                <w:sz w:val="18"/>
                <w:rtl w:val="1"/>
                <w:rFonts w:ascii="Arial" w:hAnsi="Arial" w:cs="Arial"/>
                <w:bCs/>
                <w:szCs w:val="18"/>
              </w:rPr>
              <w:t>🆘 נתקעתי!</w:t>
            </w:r>
          </w:p>
          <w:p>
            <w:pPr>
              <w:bidi w:val="1"/>
              <w:spacing w:after="20"/>
              <w:jc w:val="right"/>
            </w:pPr>
            <w:r>
              <w:rPr>
                <w:sz w:val="17"/>
                <w:rtl w:val="1"/>
                <w:rFonts w:ascii="Arial" w:hAnsi="Arial" w:cs="Arial"/>
                <w:szCs w:val="17"/>
              </w:rPr>
              <w:t>נושמים. קוראים שוב את השאלה. מדלגים וחוזרים.</w:t>
            </w:r>
          </w:p>
          <w:p>
            <w:pPr>
              <w:bidi w:val="1"/>
              <w:spacing w:after="20"/>
              <w:jc w:val="right"/>
            </w:pPr>
            <w:r>
              <w:rPr>
                <w:b/>
                <w:sz w:val="18"/>
                <w:rtl w:val="1"/>
                <w:rFonts w:ascii="Arial" w:hAnsi="Arial" w:cs="Arial"/>
                <w:bCs/>
                <w:szCs w:val="18"/>
              </w:rPr>
              <w:t>📏 טקסט ארוך</w:t>
            </w:r>
          </w:p>
          <w:p>
            <w:pPr>
              <w:bidi w:val="1"/>
              <w:spacing w:after="20"/>
              <w:jc w:val="right"/>
            </w:pPr>
            <w:r>
              <w:rPr>
                <w:sz w:val="17"/>
                <w:rtl w:val="1"/>
                <w:rFonts w:ascii="Arial" w:hAnsi="Arial" w:cs="Arial"/>
                <w:szCs w:val="17"/>
              </w:rPr>
              <w:t>קוראים חלק קטן. עוצרים. ממשיכים.</w:t>
            </w:r>
          </w:p>
          <w:p>
            <w:pPr>
              <w:bidi w:val="1"/>
              <w:spacing w:after="20"/>
              <w:jc w:val="right"/>
            </w:pPr>
            <w:r>
              <w:rPr>
                <w:b/>
                <w:sz w:val="18"/>
                <w:rtl w:val="1"/>
                <w:rFonts w:ascii="Arial" w:hAnsi="Arial" w:cs="Arial"/>
                <w:bCs/>
                <w:szCs w:val="18"/>
              </w:rPr>
              <w:t>🧱 מילה קשה מאוד</w:t>
            </w:r>
          </w:p>
          <w:p>
            <w:pPr>
              <w:bidi w:val="1"/>
              <w:spacing w:after="20"/>
              <w:jc w:val="right"/>
            </w:pPr>
            <w:r>
              <w:rPr>
                <w:sz w:val="17"/>
                <w:rtl w:val="1"/>
                <w:rFonts w:ascii="Arial" w:hAnsi="Arial" w:cs="Arial"/>
                <w:szCs w:val="17"/>
              </w:rPr>
              <w:t>מחפשים בתוך המילה חלק מוכר.</w:t>
            </w:r>
          </w:p>
          <w:p>
            <w:pPr>
              <w:bidi w:val="1"/>
              <w:spacing w:after="20"/>
              <w:jc w:val="right"/>
            </w:pPr>
            <w:r>
              <w:rPr>
                <w:b/>
                <w:sz w:val="18"/>
                <w:rtl w:val="1"/>
                <w:rFonts w:ascii="Arial" w:hAnsi="Arial" w:cs="Arial"/>
                <w:bCs/>
                <w:szCs w:val="18"/>
              </w:rPr>
              <w:t>⏱️ ניהול זמן במבחן</w:t>
            </w:r>
          </w:p>
          <w:p>
            <w:pPr>
              <w:bidi w:val="1"/>
              <w:spacing w:after="20"/>
              <w:jc w:val="right"/>
            </w:pPr>
            <w:r>
              <w:rPr>
                <w:sz w:val="17"/>
                <w:rtl w:val="1"/>
                <w:rFonts w:ascii="Arial" w:hAnsi="Arial" w:cs="Arial"/>
                <w:szCs w:val="17"/>
              </w:rPr>
              <w:t>מסתכלים על השעון. משאירים זמן לבדיקה.</w:t>
            </w:r>
          </w:p>
          <w:p>
            <w:pPr>
              <w:bidi w:val="1"/>
              <w:spacing w:after="20"/>
              <w:jc w:val="right"/>
            </w:pPr>
            <w:r>
              <w:rPr>
                <w:b/>
                <w:sz w:val="18"/>
                <w:rtl w:val="1"/>
                <w:rFonts w:ascii="Arial" w:hAnsi="Arial" w:cs="Arial"/>
                <w:bCs/>
                <w:szCs w:val="18"/>
              </w:rPr>
              <w:t>😮‍💨 לחץ? רגע של נשימה</w:t>
            </w:r>
          </w:p>
          <w:p>
            <w:pPr>
              <w:bidi w:val="1"/>
              <w:spacing w:after="20"/>
              <w:jc w:val="right"/>
            </w:pPr>
            <w:r>
              <w:rPr>
                <w:sz w:val="17"/>
                <w:rtl w:val="1"/>
                <w:rFonts w:ascii="Arial" w:hAnsi="Arial" w:cs="Arial"/>
                <w:szCs w:val="17"/>
              </w:rPr>
              <w:t>נושמים 4 פעמים. מתחילים משאלה קלה.</w:t>
            </w:r>
          </w:p>
          <w:p>
            <w:pPr>
              <w:bidi w:val="1"/>
              <w:spacing w:after="20"/>
              <w:jc w:val="right"/>
            </w:pPr>
            <w:r>
              <w:rPr>
                <w:b/>
                <w:sz w:val="18"/>
                <w:rtl w:val="1"/>
                <w:rFonts w:ascii="Arial" w:hAnsi="Arial" w:cs="Arial"/>
                <w:bCs/>
                <w:szCs w:val="18"/>
              </w:rPr>
              <w:t>✅ בדיקה לפני הגשה</w:t>
            </w:r>
          </w:p>
          <w:p>
            <w:pPr>
              <w:bidi w:val="1"/>
              <w:spacing w:after="20"/>
              <w:jc w:val="right"/>
            </w:pPr>
            <w:r>
              <w:rPr>
                <w:sz w:val="17"/>
                <w:rtl w:val="1"/>
                <w:rFonts w:ascii="Arial" w:hAnsi="Arial" w:cs="Arial"/>
                <w:szCs w:val="17"/>
              </w:rPr>
              <w:t>בודקים: עניתי על הכול?</w:t>
            </w:r>
          </w:p>
          <w:p>
            <w:pPr>
              <w:bidi w:val="1"/>
              <w:spacing w:after="20"/>
              <w:jc w:val="right"/>
            </w:pPr>
            <w:r>
              <w:rPr>
                <w:color w:val="666666"/>
                <w:sz w:val="14"/>
                <w:rtl w:val="1"/>
                <w:rFonts w:ascii="Arial" w:hAnsi="Arial" w:cs="Arial"/>
                <w:szCs w:val="14"/>
              </w:rPr>
              <w:t>יצרה: רוית ראש בן ישי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6" w:h="16838"/>
      <w:pgMar w:top="794" w:right="794" w:bottom="794" w:left="794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 w:val="1"/>
      <w:jc w:val="right"/>
    </w:pPr>
    <w:r>
      <w:rPr>
        <w:color w:val="666666"/>
        <w:sz w:val="17"/>
        <w:rtl w:val="1"/>
        <w:rFonts w:ascii="Arial" w:hAnsi="Arial" w:cs="Arial"/>
        <w:szCs w:val="17"/>
      </w:rPr>
      <w:t>יצרה: רוית ראש בן ישי · 🧭 כרטיסיות ניווט בטקסט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bidi w:val="1"/>
      <w:jc w:val="right"/>
    </w:pPr>
    <w:r>
      <w:rPr>
        <w:color w:val="666666"/>
        <w:sz w:val="17"/>
        <w:rtl w:val="1"/>
        <w:rFonts w:ascii="Arial" w:hAnsi="Arial" w:cs="Arial"/>
        <w:szCs w:val="17"/>
      </w:rPr>
      <w:t>🔖 סימניות ניווט – גזרו לאורך קווי הטבלה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4"/>
      <w:lang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