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5F3DC4"/>
          <w:sz w:val="44"/>
          <w:rtl w:val="1"/>
          <w:rFonts w:ascii="Arial" w:hAnsi="Arial" w:cs="Arial"/>
          <w:bCs/>
          <w:szCs w:val="44"/>
        </w:rPr>
        <w:t>🧭 כרטיסיות ניווט – איך מתמודדים עם טקסט</w:t>
      </w:r>
    </w:p>
    <w:p>
      <w:pPr>
        <w:bidi w:val="1"/>
        <w:spacing w:after="60"/>
        <w:jc w:val="right"/>
      </w:pPr>
      <w:r>
        <w:rPr>
          <w:sz w:val="22"/>
          <w:rtl w:val="1"/>
          <w:rFonts w:ascii="Arial" w:hAnsi="Arial" w:cs="Arial"/>
          <w:szCs w:val="22"/>
        </w:rPr>
        <w:t>30 כרטיסים · 4 תחנות · חזית ואחריה גב (במראה) – להדפסה דו־צדדית, היפוך לאורך הקצה הארוך. גוזרים לאורך קווי הטבלה. מומלץ לרבד.</w:t>
      </w:r>
    </w:p>
    <w:p>
      <w:pPr>
        <w:bidi w:val="1"/>
        <w:spacing w:after="20"/>
        <w:jc w:val="right"/>
      </w:pPr>
      <w:r>
        <w:rPr>
          <w:color w:val="7048E8"/>
          <w:sz w:val="20"/>
          <w:rtl w:val="1"/>
          <w:rFonts w:ascii="Arial" w:hAnsi="Arial" w:cs="Arial"/>
          <w:szCs w:val="20"/>
        </w:rPr>
        <w:t>🧭 לפני הקריאה: B1 כותרת – מה היא מבטיחה? · B2 סריקה: מבנה וכותרות משנה · B3 תמונה, איור, גרף · B4 ניבוי – מה יהיה בטקסט? · B5 סוגה ומטרה – איזה טקסט זה? · B6 ידע קודם – מה כבר ידוע לי?</w:t>
      </w:r>
    </w:p>
    <w:p>
      <w:pPr>
        <w:bidi w:val="1"/>
        <w:spacing w:after="20"/>
        <w:jc w:val="right"/>
      </w:pPr>
      <w:r>
        <w:rPr>
          <w:color w:val="1C7ED6"/>
          <w:sz w:val="20"/>
          <w:rtl w:val="1"/>
          <w:rFonts w:ascii="Arial" w:hAnsi="Arial" w:cs="Arial"/>
          <w:szCs w:val="20"/>
        </w:rPr>
        <w:t>🚶 בזמן הקריאה: D1 הרעיון המרכזי בפסקה · D2 סימון מילות מפתח · D3 מילה לא מוכרת – מבינים מההקשר · D4 מילות קישור – תמרורים בטקסט · D5 עובדה או דעה? · D6 שואלים תוך כדי קריאה · D7 רואים את זה בדמיון · D8 עוצרים ובודקים: הבנתי?</w:t>
      </w:r>
    </w:p>
    <w:p>
      <w:pPr>
        <w:bidi w:val="1"/>
        <w:spacing w:after="20"/>
        <w:jc w:val="right"/>
      </w:pPr>
      <w:r>
        <w:rPr>
          <w:color w:val="2F9E44"/>
          <w:sz w:val="20"/>
          <w:rtl w:val="1"/>
          <w:rFonts w:ascii="Arial" w:hAnsi="Arial" w:cs="Arial"/>
          <w:szCs w:val="20"/>
        </w:rPr>
        <w:t>🏁 אחרי הקריאה: A1 סיכום קצר · A2 מפת הטקסט · A3 שאלת איתור · A4 שאלת הבנה ופרשנות · A5 שאלת הסקה – בין השורות · A6 שאלת השוואה · A7 שאלת עמדה · A8 קוראים את השאלה נכון · A9 ראיה מהטקסט · A10 תשובה מלאה: טענה + נימוק + דוגמה</w:t>
      </w:r>
    </w:p>
    <w:p>
      <w:pPr>
        <w:bidi w:val="1"/>
        <w:spacing w:after="20"/>
        <w:jc w:val="right"/>
      </w:pPr>
      <w:r>
        <w:rPr>
          <w:color w:val="E8590C"/>
          <w:sz w:val="20"/>
          <w:rtl w:val="1"/>
          <w:rFonts w:ascii="Arial" w:hAnsi="Arial" w:cs="Arial"/>
          <w:szCs w:val="20"/>
        </w:rPr>
        <w:t>🆘 כרטיסי SOS: S1 נתקעתי! · S2 טקסט ארוך · S3 מילה קשה מאוד · S4 ניהול זמן במבחן · S5 לחץ? רגע של נשימה · S6 בדיקה לפני הגשה</w:t>
      </w:r>
    </w:p>
    <w:p>
      <w:pPr>
        <w:pStyle w:val="Heading3"/>
        <w:bidi w:val="1"/>
        <w:jc w:val="right"/>
      </w:pPr>
      <w:r>
        <w:rPr>
          <w:b/>
          <w:color w:val="1F2340"/>
          <w:sz w:val="24"/>
          <w:rtl w:val="1"/>
          <w:rFonts w:ascii="Arial" w:hAnsi="Arial" w:cs="Arial"/>
          <w:bCs/>
          <w:szCs w:val="24"/>
        </w:rPr>
        <w:t>🌱 טקסט הדוגמה: גינה על הגג</w:t>
      </w:r>
    </w:p>
    <w:p>
      <w:pPr>
        <w:bidi w:val="1"/>
        <w:spacing w:after="60"/>
        <w:jc w:val="right"/>
      </w:pPr>
      <w:r>
        <w:rPr>
          <w:sz w:val="21"/>
          <w:rtl w:val="1"/>
          <w:rFonts w:ascii="Arial" w:hAnsi="Arial" w:cs="Arial"/>
          <w:szCs w:val="21"/>
        </w:rPr>
        <w:t>(1) לפני שנתיים היה הגג של אחת מחטיבות הביניים בצפון מקום מאובק שאיש לא עלה אליו. היום צומחים בו עגבניות, נענע וחמניות. את הרעיון הציעו תלמידי כיתה ח׳, שרצו לגדל ירקות אך לא מצאו מקום פנוי בחצר.</w:t>
      </w:r>
    </w:p>
    <w:p>
      <w:pPr>
        <w:bidi w:val="1"/>
        <w:spacing w:after="60"/>
        <w:jc w:val="right"/>
      </w:pPr>
      <w:r>
        <w:rPr>
          <w:sz w:val="21"/>
          <w:rtl w:val="1"/>
          <w:rFonts w:ascii="Arial" w:hAnsi="Arial" w:cs="Arial"/>
          <w:szCs w:val="21"/>
        </w:rPr>
        <w:t>(2) הגינה מועילה לא רק לתלמידים. צמחים על גג סופגים חלק מקרני השמש, ולכן הם יכולים להפחית את החום שנכנס לכיתות שמתחת. בנוסף, פרפרים ודבורים מגיעים לפרחים, וכך הגג הופך לבית קטן לבעלי חיים.</w:t>
      </w:r>
    </w:p>
    <w:p>
      <w:pPr>
        <w:bidi w:val="1"/>
        <w:spacing w:after="60"/>
        <w:jc w:val="right"/>
      </w:pPr>
      <w:r>
        <w:rPr>
          <w:sz w:val="21"/>
          <w:rtl w:val="1"/>
          <w:rFonts w:ascii="Arial" w:hAnsi="Arial" w:cs="Arial"/>
          <w:szCs w:val="21"/>
        </w:rPr>
        <w:t>(3) עם זאת, לא הכול פשוט. בקיץ צריך להשקות כמעט כל יום, ובחופשות מישהו חייב לדאוג לגינה. לכן הקימו התלמידים "תורנות גינה": בכל שבוע אחראית עליה קבוצה אחרת.</w:t>
      </w:r>
    </w:p>
    <w:p>
      <w:pPr>
        <w:bidi w:val="1"/>
        <w:spacing w:after="60"/>
        <w:jc w:val="right"/>
      </w:pPr>
      <w:r>
        <w:rPr>
          <w:sz w:val="21"/>
          <w:rtl w:val="1"/>
          <w:rFonts w:ascii="Arial" w:hAnsi="Arial" w:cs="Arial"/>
          <w:szCs w:val="21"/>
        </w:rPr>
        <w:t>(4) נוי, תלמידה בכיתה ח׳, אומרת: "זה הדבר הכי טוב שקרה לבית הספר. פתאום יש לנו סיבה לעלות למעלה."</w:t>
      </w:r>
    </w:p>
    <w:p>
      <w:r>
        <w:br w:type="page"/>
      </w:r>
    </w:p>
    <w:tbl>
      <w:tblPr>
        <w:tblStyle w:val="TableGrid"/>
        <w:tblW w:type="auto" w:w="0"/>
        <w:jc w:val="center"/>
        <w:tblLook w:firstColumn="1" w:firstRow="1" w:lastColumn="0" w:lastRow="0" w:noHBand="0" w:noVBand="1" w:val="04A0"/>
        <w:bidiVisual/>
      </w:tblPr>
      <w:tblGrid>
        <w:gridCol w:w="3591"/>
        <w:gridCol w:w="3591"/>
        <w:gridCol w:w="3591"/>
      </w:tblGrid>
      <w:tr>
        <w:trPr>
          <w:trHeight w:val="4762"/>
        </w:trPr>
        <w:tc>
          <w:tcPr>
            <w:tcW w:type="dxa" w:w="3515"/>
          </w:tcPr>
          <w:p>
            <w:pPr>
              <w:bidi w:val="1"/>
              <w:spacing w:after="20"/>
              <w:jc w:val="right"/>
            </w:pPr>
            <w:r>
              <w:rPr>
                <w:b/>
                <w:color w:val="000000"/>
                <w:sz w:val="16"/>
                <w:rtl w:val="1"/>
                <w:rFonts w:ascii="Arial" w:hAnsi="Arial" w:cs="Arial"/>
                <w:bCs/>
                <w:szCs w:val="16"/>
              </w:rPr>
              <w:t>🧭 לפני הקריאה · B1</w:t>
            </w:r>
          </w:p>
          <w:p>
            <w:pPr>
              <w:bidi w:val="1"/>
              <w:spacing w:after="20"/>
              <w:jc w:val="right"/>
            </w:pPr>
            <w:r>
              <w:rPr>
                <w:b/>
                <w:sz w:val="21"/>
                <w:rtl w:val="1"/>
                <w:rFonts w:ascii="Arial" w:hAnsi="Arial" w:cs="Arial"/>
                <w:bCs/>
                <w:szCs w:val="21"/>
              </w:rPr>
              <w:t>🏷️ כותרת – מה היא מבטיחה?</w:t>
            </w:r>
          </w:p>
          <w:p>
            <w:pPr>
              <w:bidi w:val="1"/>
              <w:spacing w:after="20"/>
              <w:jc w:val="right"/>
            </w:pPr>
            <w:r>
              <w:rPr>
                <w:sz w:val="17"/>
                <w:rtl w:val="1"/>
                <w:rFonts w:ascii="Arial" w:hAnsi="Arial" w:cs="Arial"/>
                <w:szCs w:val="17"/>
              </w:rPr>
              <w:t>קראו את הכותרת ואת כותרת המשנה לפני הטקסט. שאלו: על מה הטקסט, ומה הוא מבטיח לספר לי?</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הנושא שהכותרת מציגה?</w:t>
            </w:r>
          </w:p>
          <w:p>
            <w:pPr>
              <w:bidi w:val="1"/>
              <w:spacing w:after="20"/>
              <w:jc w:val="right"/>
            </w:pPr>
            <w:r>
              <w:rPr>
                <w:sz w:val="17"/>
                <w:rtl w:val="1"/>
                <w:rFonts w:ascii="Arial" w:hAnsi="Arial" w:cs="Arial"/>
                <w:szCs w:val="17"/>
              </w:rPr>
              <w:t>• יש בכותרת שאלה או מילה מפתיעה?</w:t>
            </w:r>
          </w:p>
          <w:p>
            <w:pPr>
              <w:bidi w:val="1"/>
              <w:spacing w:after="20"/>
              <w:jc w:val="right"/>
            </w:pPr>
            <w:r>
              <w:rPr>
                <w:sz w:val="17"/>
                <w:rtl w:val="1"/>
                <w:rFonts w:ascii="Arial" w:hAnsi="Arial" w:cs="Arial"/>
                <w:szCs w:val="17"/>
              </w:rPr>
              <w:t>• מה כותרת המשנה מוסיפה?</w:t>
            </w:r>
          </w:p>
        </w:tc>
        <w:tc>
          <w:tcPr>
            <w:tcW w:type="dxa" w:w="3515"/>
          </w:tcPr>
          <w:p>
            <w:pPr>
              <w:bidi w:val="1"/>
              <w:spacing w:after="20"/>
              <w:jc w:val="right"/>
            </w:pPr>
            <w:r>
              <w:rPr>
                <w:b/>
                <w:color w:val="000000"/>
                <w:sz w:val="16"/>
                <w:rtl w:val="1"/>
                <w:rFonts w:ascii="Arial" w:hAnsi="Arial" w:cs="Arial"/>
                <w:bCs/>
                <w:szCs w:val="16"/>
              </w:rPr>
              <w:t>🧭 לפני הקריאה · B2</w:t>
            </w:r>
          </w:p>
          <w:p>
            <w:pPr>
              <w:bidi w:val="1"/>
              <w:spacing w:after="20"/>
              <w:jc w:val="right"/>
            </w:pPr>
            <w:r>
              <w:rPr>
                <w:b/>
                <w:sz w:val="21"/>
                <w:rtl w:val="1"/>
                <w:rFonts w:ascii="Arial" w:hAnsi="Arial" w:cs="Arial"/>
                <w:bCs/>
                <w:szCs w:val="21"/>
              </w:rPr>
              <w:t>🗂️ סריקה: מבנה וכותרות משנה</w:t>
            </w:r>
          </w:p>
          <w:p>
            <w:pPr>
              <w:bidi w:val="1"/>
              <w:spacing w:after="20"/>
              <w:jc w:val="right"/>
            </w:pPr>
            <w:r>
              <w:rPr>
                <w:sz w:val="17"/>
                <w:rtl w:val="1"/>
                <w:rFonts w:ascii="Arial" w:hAnsi="Arial" w:cs="Arial"/>
                <w:szCs w:val="17"/>
              </w:rPr>
              <w:t>עברו במבט מהיר על הטקסט בלי לקרוא הכול: כמה פסקאות יש? יש כותרות משנה, מילים מודגשות, רשימות?</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כמה פסקאות יש בטקסט?</w:t>
            </w:r>
          </w:p>
          <w:p>
            <w:pPr>
              <w:bidi w:val="1"/>
              <w:spacing w:after="20"/>
              <w:jc w:val="right"/>
            </w:pPr>
            <w:r>
              <w:rPr>
                <w:sz w:val="17"/>
                <w:rtl w:val="1"/>
                <w:rFonts w:ascii="Arial" w:hAnsi="Arial" w:cs="Arial"/>
                <w:szCs w:val="17"/>
              </w:rPr>
              <w:t>• מה כתוב בכותרות המשנה או במילים המודגשות?</w:t>
            </w:r>
          </w:p>
          <w:p>
            <w:pPr>
              <w:bidi w:val="1"/>
              <w:spacing w:after="20"/>
              <w:jc w:val="right"/>
            </w:pPr>
            <w:r>
              <w:rPr>
                <w:sz w:val="17"/>
                <w:rtl w:val="1"/>
                <w:rFonts w:ascii="Arial" w:hAnsi="Arial" w:cs="Arial"/>
                <w:szCs w:val="17"/>
              </w:rPr>
              <w:t>• איפה כנראה נמצא המידע החשוב?</w:t>
            </w:r>
          </w:p>
        </w:tc>
        <w:tc>
          <w:tcPr>
            <w:tcW w:type="dxa" w:w="3515"/>
          </w:tcPr>
          <w:p>
            <w:pPr>
              <w:bidi w:val="1"/>
              <w:spacing w:after="20"/>
              <w:jc w:val="right"/>
            </w:pPr>
            <w:r>
              <w:rPr>
                <w:b/>
                <w:color w:val="000000"/>
                <w:sz w:val="16"/>
                <w:rtl w:val="1"/>
                <w:rFonts w:ascii="Arial" w:hAnsi="Arial" w:cs="Arial"/>
                <w:bCs/>
                <w:szCs w:val="16"/>
              </w:rPr>
              <w:t>🧭 לפני הקריאה · B3</w:t>
            </w:r>
          </w:p>
          <w:p>
            <w:pPr>
              <w:bidi w:val="1"/>
              <w:spacing w:after="20"/>
              <w:jc w:val="right"/>
            </w:pPr>
            <w:r>
              <w:rPr>
                <w:b/>
                <w:sz w:val="21"/>
                <w:rtl w:val="1"/>
                <w:rFonts w:ascii="Arial" w:hAnsi="Arial" w:cs="Arial"/>
                <w:bCs/>
                <w:szCs w:val="21"/>
              </w:rPr>
              <w:t>🖼️ תמונה, איור, גרף</w:t>
            </w:r>
          </w:p>
          <w:p>
            <w:pPr>
              <w:bidi w:val="1"/>
              <w:spacing w:after="20"/>
              <w:jc w:val="right"/>
            </w:pPr>
            <w:r>
              <w:rPr>
                <w:sz w:val="17"/>
                <w:rtl w:val="1"/>
                <w:rFonts w:ascii="Arial" w:hAnsi="Arial" w:cs="Arial"/>
                <w:szCs w:val="17"/>
              </w:rPr>
              <w:t>הסתכלו על התמונות, האיורים, הטבלאות והגרפים – וגם על הכיתוב שמתחתם. הם רמזים לנושא.</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רואים בתמונה או בגרף?</w:t>
            </w:r>
          </w:p>
          <w:p>
            <w:pPr>
              <w:bidi w:val="1"/>
              <w:spacing w:after="20"/>
              <w:jc w:val="right"/>
            </w:pPr>
            <w:r>
              <w:rPr>
                <w:sz w:val="17"/>
                <w:rtl w:val="1"/>
                <w:rFonts w:ascii="Arial" w:hAnsi="Arial" w:cs="Arial"/>
                <w:szCs w:val="17"/>
              </w:rPr>
              <w:t>• מה כתוב בכיתוב?</w:t>
            </w:r>
          </w:p>
          <w:p>
            <w:pPr>
              <w:bidi w:val="1"/>
              <w:spacing w:after="20"/>
              <w:jc w:val="right"/>
            </w:pPr>
            <w:r>
              <w:rPr>
                <w:sz w:val="17"/>
                <w:rtl w:val="1"/>
                <w:rFonts w:ascii="Arial" w:hAnsi="Arial" w:cs="Arial"/>
                <w:szCs w:val="17"/>
              </w:rPr>
              <w:t>• איך זה קשור לכותרת?</w:t>
            </w:r>
          </w:p>
        </w:tc>
      </w:tr>
      <w:tr>
        <w:trPr>
          <w:trHeight w:val="4762"/>
        </w:trPr>
        <w:tc>
          <w:tcPr>
            <w:tcW w:type="dxa" w:w="3515"/>
          </w:tcPr>
          <w:p>
            <w:pPr>
              <w:bidi w:val="1"/>
              <w:spacing w:after="20"/>
              <w:jc w:val="right"/>
            </w:pPr>
            <w:r>
              <w:rPr>
                <w:b/>
                <w:color w:val="000000"/>
                <w:sz w:val="16"/>
                <w:rtl w:val="1"/>
                <w:rFonts w:ascii="Arial" w:hAnsi="Arial" w:cs="Arial"/>
                <w:bCs/>
                <w:szCs w:val="16"/>
              </w:rPr>
              <w:t>🧭 לפני הקריאה · B4</w:t>
            </w:r>
          </w:p>
          <w:p>
            <w:pPr>
              <w:bidi w:val="1"/>
              <w:spacing w:after="20"/>
              <w:jc w:val="right"/>
            </w:pPr>
            <w:r>
              <w:rPr>
                <w:b/>
                <w:sz w:val="21"/>
                <w:rtl w:val="1"/>
                <w:rFonts w:ascii="Arial" w:hAnsi="Arial" w:cs="Arial"/>
                <w:bCs/>
                <w:szCs w:val="21"/>
              </w:rPr>
              <w:t>🔮 ניבוי – מה יהיה בטקסט?</w:t>
            </w:r>
          </w:p>
          <w:p>
            <w:pPr>
              <w:bidi w:val="1"/>
              <w:spacing w:after="20"/>
              <w:jc w:val="right"/>
            </w:pPr>
            <w:r>
              <w:rPr>
                <w:sz w:val="17"/>
                <w:rtl w:val="1"/>
                <w:rFonts w:ascii="Arial" w:hAnsi="Arial" w:cs="Arial"/>
                <w:szCs w:val="17"/>
              </w:rPr>
              <w:t>על סמך הכותרת, הסריקה והתמונות – נחשו מה יהיה בטקסט. אחרי הקריאה בדקו אם צדקתם.</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אני מצפה ללמוד?</w:t>
            </w:r>
          </w:p>
          <w:p>
            <w:pPr>
              <w:bidi w:val="1"/>
              <w:spacing w:after="20"/>
              <w:jc w:val="right"/>
            </w:pPr>
            <w:r>
              <w:rPr>
                <w:sz w:val="17"/>
                <w:rtl w:val="1"/>
                <w:rFonts w:ascii="Arial" w:hAnsi="Arial" w:cs="Arial"/>
                <w:szCs w:val="17"/>
              </w:rPr>
              <w:t>• על אילו שאלות הטקסט יענה?</w:t>
            </w:r>
          </w:p>
          <w:p>
            <w:pPr>
              <w:bidi w:val="1"/>
              <w:spacing w:after="20"/>
              <w:jc w:val="right"/>
            </w:pPr>
            <w:r>
              <w:rPr>
                <w:sz w:val="17"/>
                <w:rtl w:val="1"/>
                <w:rFonts w:ascii="Arial" w:hAnsi="Arial" w:cs="Arial"/>
                <w:szCs w:val="17"/>
              </w:rPr>
              <w:t>• מה עשוי להפתיע?</w:t>
            </w:r>
          </w:p>
        </w:tc>
        <w:tc>
          <w:tcPr>
            <w:tcW w:type="dxa" w:w="3515"/>
          </w:tcPr>
          <w:p>
            <w:pPr>
              <w:bidi w:val="1"/>
              <w:spacing w:after="20"/>
              <w:jc w:val="right"/>
            </w:pPr>
            <w:r>
              <w:rPr>
                <w:b/>
                <w:color w:val="000000"/>
                <w:sz w:val="16"/>
                <w:rtl w:val="1"/>
                <w:rFonts w:ascii="Arial" w:hAnsi="Arial" w:cs="Arial"/>
                <w:bCs/>
                <w:szCs w:val="16"/>
              </w:rPr>
              <w:t>🧭 לפני הקריאה · B5</w:t>
            </w:r>
          </w:p>
          <w:p>
            <w:pPr>
              <w:bidi w:val="1"/>
              <w:spacing w:after="20"/>
              <w:jc w:val="right"/>
            </w:pPr>
            <w:r>
              <w:rPr>
                <w:b/>
                <w:sz w:val="21"/>
                <w:rtl w:val="1"/>
                <w:rFonts w:ascii="Arial" w:hAnsi="Arial" w:cs="Arial"/>
                <w:bCs/>
                <w:szCs w:val="21"/>
              </w:rPr>
              <w:t>🎯 סוגה ומטרה – איזה טקסט זה?</w:t>
            </w:r>
          </w:p>
          <w:p>
            <w:pPr>
              <w:bidi w:val="1"/>
              <w:spacing w:after="20"/>
              <w:jc w:val="right"/>
            </w:pPr>
            <w:r>
              <w:rPr>
                <w:sz w:val="17"/>
                <w:rtl w:val="1"/>
                <w:rFonts w:ascii="Arial" w:hAnsi="Arial" w:cs="Arial"/>
                <w:szCs w:val="17"/>
              </w:rPr>
              <w:t>זהו איזה טקסט לפניכם – מידעי, טיעוני (דעה), סיפורי או הוראות – ובשביל מה אתם קוראים אותו.</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הטקסט מוסר מידע, משכנע, מספר סיפור או מדריך?</w:t>
            </w:r>
          </w:p>
          <w:p>
            <w:pPr>
              <w:bidi w:val="1"/>
              <w:spacing w:after="20"/>
              <w:jc w:val="right"/>
            </w:pPr>
            <w:r>
              <w:rPr>
                <w:sz w:val="17"/>
                <w:rtl w:val="1"/>
                <w:rFonts w:ascii="Arial" w:hAnsi="Arial" w:cs="Arial"/>
                <w:szCs w:val="17"/>
              </w:rPr>
              <w:t>• מי כתב אותו, ולמי?</w:t>
            </w:r>
          </w:p>
          <w:p>
            <w:pPr>
              <w:bidi w:val="1"/>
              <w:spacing w:after="20"/>
              <w:jc w:val="right"/>
            </w:pPr>
            <w:r>
              <w:rPr>
                <w:sz w:val="17"/>
                <w:rtl w:val="1"/>
                <w:rFonts w:ascii="Arial" w:hAnsi="Arial" w:cs="Arial"/>
                <w:szCs w:val="17"/>
              </w:rPr>
              <w:t>• מה המשימה שלי – לענות, לסכם, להביע עמדה?</w:t>
            </w:r>
          </w:p>
        </w:tc>
        <w:tc>
          <w:tcPr>
            <w:tcW w:type="dxa" w:w="3515"/>
          </w:tcPr>
          <w:p>
            <w:pPr>
              <w:bidi w:val="1"/>
              <w:spacing w:after="20"/>
              <w:jc w:val="right"/>
            </w:pPr>
            <w:r>
              <w:rPr>
                <w:b/>
                <w:color w:val="000000"/>
                <w:sz w:val="16"/>
                <w:rtl w:val="1"/>
                <w:rFonts w:ascii="Arial" w:hAnsi="Arial" w:cs="Arial"/>
                <w:bCs/>
                <w:szCs w:val="16"/>
              </w:rPr>
              <w:t>🧭 לפני הקריאה · B6</w:t>
            </w:r>
          </w:p>
          <w:p>
            <w:pPr>
              <w:bidi w:val="1"/>
              <w:spacing w:after="20"/>
              <w:jc w:val="right"/>
            </w:pPr>
            <w:r>
              <w:rPr>
                <w:b/>
                <w:sz w:val="21"/>
                <w:rtl w:val="1"/>
                <w:rFonts w:ascii="Arial" w:hAnsi="Arial" w:cs="Arial"/>
                <w:bCs/>
                <w:szCs w:val="21"/>
              </w:rPr>
              <w:t>🧠 ידע קודם – מה כבר ידוע לי?</w:t>
            </w:r>
          </w:p>
          <w:p>
            <w:pPr>
              <w:bidi w:val="1"/>
              <w:spacing w:after="20"/>
              <w:jc w:val="right"/>
            </w:pPr>
            <w:r>
              <w:rPr>
                <w:sz w:val="17"/>
                <w:rtl w:val="1"/>
                <w:rFonts w:ascii="Arial" w:hAnsi="Arial" w:cs="Arial"/>
                <w:szCs w:val="17"/>
              </w:rPr>
              <w:t>לפני הקריאה אספו במחשבה מה אתם כבר יודעים על הנושא. ידע קודם עוזר להבין מהר יותר.</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ידוע לי על הנושא?</w:t>
            </w:r>
          </w:p>
          <w:p>
            <w:pPr>
              <w:bidi w:val="1"/>
              <w:spacing w:after="20"/>
              <w:jc w:val="right"/>
            </w:pPr>
            <w:r>
              <w:rPr>
                <w:sz w:val="17"/>
                <w:rtl w:val="1"/>
                <w:rFonts w:ascii="Arial" w:hAnsi="Arial" w:cs="Arial"/>
                <w:szCs w:val="17"/>
              </w:rPr>
              <w:t>• איפה כבר פגשתי אותו?</w:t>
            </w:r>
          </w:p>
          <w:p>
            <w:pPr>
              <w:bidi w:val="1"/>
              <w:spacing w:after="20"/>
              <w:jc w:val="right"/>
            </w:pPr>
            <w:r>
              <w:rPr>
                <w:sz w:val="17"/>
                <w:rtl w:val="1"/>
                <w:rFonts w:ascii="Arial" w:hAnsi="Arial" w:cs="Arial"/>
                <w:szCs w:val="17"/>
              </w:rPr>
              <w:t>• מה הייתי רוצה לדעת?</w:t>
            </w:r>
          </w:p>
        </w:tc>
      </w:tr>
      <w:tr>
        <w:trPr>
          <w:trHeight w:val="4762"/>
        </w:trPr>
        <w:tc>
          <w:tcPr>
            <w:tcW w:type="dxa" w:w="3515"/>
          </w:tcPr>
          <w:p>
            <w:pPr>
              <w:bidi w:val="1"/>
              <w:spacing w:after="20"/>
              <w:jc w:val="right"/>
            </w:pPr>
            <w:r>
              <w:rPr>
                <w:b/>
                <w:color w:val="000000"/>
                <w:sz w:val="16"/>
                <w:rtl w:val="1"/>
                <w:rFonts w:ascii="Arial" w:hAnsi="Arial" w:cs="Arial"/>
                <w:bCs/>
                <w:szCs w:val="16"/>
              </w:rPr>
              <w:t>🚶 בזמן הקריאה · D1</w:t>
            </w:r>
          </w:p>
          <w:p>
            <w:pPr>
              <w:bidi w:val="1"/>
              <w:spacing w:after="20"/>
              <w:jc w:val="right"/>
            </w:pPr>
            <w:r>
              <w:rPr>
                <w:b/>
                <w:sz w:val="21"/>
                <w:rtl w:val="1"/>
                <w:rFonts w:ascii="Arial" w:hAnsi="Arial" w:cs="Arial"/>
                <w:bCs/>
                <w:szCs w:val="21"/>
              </w:rPr>
              <w:t>💡 הרעיון המרכזי בפסקה</w:t>
            </w:r>
          </w:p>
          <w:p>
            <w:pPr>
              <w:bidi w:val="1"/>
              <w:spacing w:after="20"/>
              <w:jc w:val="right"/>
            </w:pPr>
            <w:r>
              <w:rPr>
                <w:sz w:val="17"/>
                <w:rtl w:val="1"/>
                <w:rFonts w:ascii="Arial" w:hAnsi="Arial" w:cs="Arial"/>
                <w:szCs w:val="17"/>
              </w:rPr>
              <w:t>אחרי כל פסקה עצרו ושאלו: על מה היא, ומה העיקר שהיא אומרת? המשפט הראשון הוא לעיתים קרובות משפט הנושא.</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על מה הפסקה מדברת?</w:t>
            </w:r>
          </w:p>
          <w:p>
            <w:pPr>
              <w:bidi w:val="1"/>
              <w:spacing w:after="20"/>
              <w:jc w:val="right"/>
            </w:pPr>
            <w:r>
              <w:rPr>
                <w:sz w:val="17"/>
                <w:rtl w:val="1"/>
                <w:rFonts w:ascii="Arial" w:hAnsi="Arial" w:cs="Arial"/>
                <w:szCs w:val="17"/>
              </w:rPr>
              <w:t>• מה העיקר – ומה רק פרטים ודוגמאות?</w:t>
            </w:r>
          </w:p>
          <w:p>
            <w:pPr>
              <w:bidi w:val="1"/>
              <w:spacing w:after="20"/>
              <w:jc w:val="right"/>
            </w:pPr>
            <w:r>
              <w:rPr>
                <w:sz w:val="17"/>
                <w:rtl w:val="1"/>
                <w:rFonts w:ascii="Arial" w:hAnsi="Arial" w:cs="Arial"/>
                <w:szCs w:val="17"/>
              </w:rPr>
              <w:t>• איך אכתוב את זה בכמה מילים?</w:t>
            </w:r>
          </w:p>
        </w:tc>
        <w:tc>
          <w:tcPr>
            <w:tcW w:type="dxa" w:w="3515"/>
          </w:tcPr>
          <w:p>
            <w:pPr>
              <w:bidi w:val="1"/>
              <w:spacing w:after="20"/>
              <w:jc w:val="right"/>
            </w:pPr>
            <w:r>
              <w:rPr>
                <w:b/>
                <w:color w:val="000000"/>
                <w:sz w:val="16"/>
                <w:rtl w:val="1"/>
                <w:rFonts w:ascii="Arial" w:hAnsi="Arial" w:cs="Arial"/>
                <w:bCs/>
                <w:szCs w:val="16"/>
              </w:rPr>
              <w:t>🚶 בזמן הקריאה · D2</w:t>
            </w:r>
          </w:p>
          <w:p>
            <w:pPr>
              <w:bidi w:val="1"/>
              <w:spacing w:after="20"/>
              <w:jc w:val="right"/>
            </w:pPr>
            <w:r>
              <w:rPr>
                <w:b/>
                <w:sz w:val="21"/>
                <w:rtl w:val="1"/>
                <w:rFonts w:ascii="Arial" w:hAnsi="Arial" w:cs="Arial"/>
                <w:bCs/>
                <w:szCs w:val="21"/>
              </w:rPr>
              <w:t>🖍️ סימון מילות מפתח</w:t>
            </w:r>
          </w:p>
          <w:p>
            <w:pPr>
              <w:bidi w:val="1"/>
              <w:spacing w:after="20"/>
              <w:jc w:val="right"/>
            </w:pPr>
            <w:r>
              <w:rPr>
                <w:sz w:val="17"/>
                <w:rtl w:val="1"/>
                <w:rFonts w:ascii="Arial" w:hAnsi="Arial" w:cs="Arial"/>
                <w:szCs w:val="17"/>
              </w:rPr>
              <w:t>סמנו רק את המילים החשובות באמת – לא שורות שלמות. מילת מפתח היא מילה שבלעדיה הרעיון נעלם.</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אילו מילים חוזרות?</w:t>
            </w:r>
          </w:p>
          <w:p>
            <w:pPr>
              <w:bidi w:val="1"/>
              <w:spacing w:after="20"/>
              <w:jc w:val="right"/>
            </w:pPr>
            <w:r>
              <w:rPr>
                <w:sz w:val="17"/>
                <w:rtl w:val="1"/>
                <w:rFonts w:ascii="Arial" w:hAnsi="Arial" w:cs="Arial"/>
                <w:szCs w:val="17"/>
              </w:rPr>
              <w:t>• אילו מילים קשורות לכותרת?</w:t>
            </w:r>
          </w:p>
          <w:p>
            <w:pPr>
              <w:bidi w:val="1"/>
              <w:spacing w:after="20"/>
              <w:jc w:val="right"/>
            </w:pPr>
            <w:r>
              <w:rPr>
                <w:sz w:val="17"/>
                <w:rtl w:val="1"/>
                <w:rFonts w:ascii="Arial" w:hAnsi="Arial" w:cs="Arial"/>
                <w:szCs w:val="17"/>
              </w:rPr>
              <w:t>• סימנתי פחות משליש מהשורה?</w:t>
            </w:r>
          </w:p>
        </w:tc>
        <w:tc>
          <w:tcPr>
            <w:tcW w:type="dxa" w:w="3515"/>
          </w:tcPr>
          <w:p>
            <w:pPr>
              <w:bidi w:val="1"/>
              <w:spacing w:after="20"/>
              <w:jc w:val="right"/>
            </w:pPr>
            <w:r>
              <w:rPr>
                <w:b/>
                <w:color w:val="000000"/>
                <w:sz w:val="16"/>
                <w:rtl w:val="1"/>
                <w:rFonts w:ascii="Arial" w:hAnsi="Arial" w:cs="Arial"/>
                <w:bCs/>
                <w:szCs w:val="16"/>
              </w:rPr>
              <w:t>🚶 בזמן הקריאה · D3</w:t>
            </w:r>
          </w:p>
          <w:p>
            <w:pPr>
              <w:bidi w:val="1"/>
              <w:spacing w:after="20"/>
              <w:jc w:val="right"/>
            </w:pPr>
            <w:r>
              <w:rPr>
                <w:b/>
                <w:sz w:val="21"/>
                <w:rtl w:val="1"/>
                <w:rFonts w:ascii="Arial" w:hAnsi="Arial" w:cs="Arial"/>
                <w:bCs/>
                <w:szCs w:val="21"/>
              </w:rPr>
              <w:t>🧩 מילה לא מוכרת – מבינים מההקשר</w:t>
            </w:r>
          </w:p>
          <w:p>
            <w:pPr>
              <w:bidi w:val="1"/>
              <w:spacing w:after="20"/>
              <w:jc w:val="right"/>
            </w:pPr>
            <w:r>
              <w:rPr>
                <w:sz w:val="17"/>
                <w:rtl w:val="1"/>
                <w:rFonts w:ascii="Arial" w:hAnsi="Arial" w:cs="Arial"/>
                <w:szCs w:val="17"/>
              </w:rPr>
              <w:t>אל תיעצרו! קראו את המשפט שלפני ואחרי, חפשו רמזים (דוגמה, הסבר, ניגוד), נסו להחליף במילה אחרת ובדקו אם המשפט עדיין הגיוני.</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קורה במשפט סביב המילה?</w:t>
            </w:r>
          </w:p>
          <w:p>
            <w:pPr>
              <w:bidi w:val="1"/>
              <w:spacing w:after="20"/>
              <w:jc w:val="right"/>
            </w:pPr>
            <w:r>
              <w:rPr>
                <w:sz w:val="17"/>
                <w:rtl w:val="1"/>
                <w:rFonts w:ascii="Arial" w:hAnsi="Arial" w:cs="Arial"/>
                <w:szCs w:val="17"/>
              </w:rPr>
              <w:t>• יש הסבר או דוגמה בהמשך?</w:t>
            </w:r>
          </w:p>
          <w:p>
            <w:pPr>
              <w:bidi w:val="1"/>
              <w:spacing w:after="20"/>
              <w:jc w:val="right"/>
            </w:pPr>
            <w:r>
              <w:rPr>
                <w:sz w:val="17"/>
                <w:rtl w:val="1"/>
                <w:rFonts w:ascii="Arial" w:hAnsi="Arial" w:cs="Arial"/>
                <w:szCs w:val="17"/>
              </w:rPr>
              <w:t>• איזו מילה מוכרת יכולה להתאים במקומה?</w:t>
            </w:r>
          </w:p>
        </w:tc>
      </w:tr>
    </w:tbl>
    <w:p>
      <w:r>
        <w:br w:type="page"/>
      </w:r>
    </w:p>
    <w:tbl>
      <w:tblPr>
        <w:tblStyle w:val="TableGrid"/>
        <w:tblW w:type="auto" w:w="0"/>
        <w:jc w:val="center"/>
        <w:tblLook w:firstColumn="1" w:firstRow="1" w:lastColumn="0" w:lastRow="0" w:noHBand="0" w:noVBand="1" w:val="04A0"/>
      </w:tblPr>
      <w:tblGrid>
        <w:gridCol w:w="3591"/>
        <w:gridCol w:w="3591"/>
        <w:gridCol w:w="3591"/>
      </w:tblGrid>
      <w:tr>
        <w:trPr>
          <w:trHeight w:val="4762"/>
        </w:trPr>
        <w:tc>
          <w:tcPr>
            <w:tcW w:type="dxa" w:w="3515"/>
          </w:tcPr>
          <w:p>
            <w:pPr>
              <w:bidi w:val="1"/>
              <w:spacing w:after="20"/>
              <w:jc w:val="right"/>
            </w:pPr>
            <w:r>
              <w:rPr>
                <w:b/>
                <w:color w:val="000000"/>
                <w:sz w:val="17"/>
                <w:rtl w:val="1"/>
                <w:rFonts w:ascii="Arial" w:hAnsi="Arial" w:cs="Arial"/>
                <w:bCs/>
                <w:szCs w:val="17"/>
              </w:rPr>
              <w:t>🏷️ כותרת – מה היא מבטיחה? · B1</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הכותרת "גינה על הגג" מציגה את הנושא. כותרת המשנה "איך גג מאובק הפך לכיתה ירוקה" מבטיחה סיפור של שינוי – לפני ואחרי.</w:t>
            </w:r>
          </w:p>
          <w:p>
            <w:pPr>
              <w:bidi w:val="1"/>
              <w:spacing w:after="20"/>
              <w:jc w:val="right"/>
            </w:pPr>
            <w:r>
              <w:rPr>
                <w:sz w:val="17"/>
                <w:rtl w:val="1"/>
                <w:rFonts w:ascii="Arial" w:hAnsi="Arial" w:cs="Arial"/>
                <w:szCs w:val="17"/>
              </w:rPr>
              <w:t>💬 במילים פשוטות: קוראים את הכותרת. על מה הטקסט?</w:t>
            </w:r>
          </w:p>
          <w:p>
            <w:pPr>
              <w:bidi w:val="1"/>
              <w:spacing w:after="20"/>
              <w:jc w:val="right"/>
            </w:pPr>
            <w:r>
              <w:rPr>
                <w:b/>
                <w:color w:val="000000"/>
                <w:sz w:val="17"/>
                <w:rtl w:val="1"/>
                <w:rFonts w:ascii="Arial" w:hAnsi="Arial" w:cs="Arial"/>
                <w:bCs/>
                <w:szCs w:val="17"/>
              </w:rPr>
              <w:t>✋ נסו בעצמכם: השלימו: "לדעתי הטקסט יספר על…"</w:t>
            </w:r>
          </w:p>
        </w:tc>
        <w:tc>
          <w:tcPr>
            <w:tcW w:type="dxa" w:w="3515"/>
          </w:tcPr>
          <w:p>
            <w:pPr>
              <w:bidi w:val="1"/>
              <w:spacing w:after="20"/>
              <w:jc w:val="right"/>
            </w:pPr>
            <w:r>
              <w:rPr>
                <w:b/>
                <w:color w:val="000000"/>
                <w:sz w:val="17"/>
                <w:rtl w:val="1"/>
                <w:rFonts w:ascii="Arial" w:hAnsi="Arial" w:cs="Arial"/>
                <w:bCs/>
                <w:szCs w:val="17"/>
              </w:rPr>
              <w:t>🗂️ סריקה: מבנה וכותרות משנה · B2</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ב"גינה על הגג" יש 4 פסקאות. סריקה מהירה מראה: 1 – איך הכול התחיל, 2 – יתרונות, 3 – קשיים ("עם זאת"), 4 – ציטוט של תלמידה.</w:t>
            </w:r>
          </w:p>
          <w:p>
            <w:pPr>
              <w:bidi w:val="1"/>
              <w:spacing w:after="20"/>
              <w:jc w:val="right"/>
            </w:pPr>
            <w:r>
              <w:rPr>
                <w:sz w:val="17"/>
                <w:rtl w:val="1"/>
                <w:rFonts w:ascii="Arial" w:hAnsi="Arial" w:cs="Arial"/>
                <w:szCs w:val="17"/>
              </w:rPr>
              <w:t>💬 במילים פשוטות: מסתכלים מהר על הטקסט. סופרים פסקאות.</w:t>
            </w:r>
          </w:p>
          <w:p>
            <w:pPr>
              <w:bidi w:val="1"/>
              <w:spacing w:after="20"/>
              <w:jc w:val="right"/>
            </w:pPr>
            <w:r>
              <w:rPr>
                <w:b/>
                <w:color w:val="000000"/>
                <w:sz w:val="17"/>
                <w:rtl w:val="1"/>
                <w:rFonts w:ascii="Arial" w:hAnsi="Arial" w:cs="Arial"/>
                <w:bCs/>
                <w:szCs w:val="17"/>
              </w:rPr>
              <w:t>✋ נסו בעצמכם: מספרו את הפסקאות בשוליים: 1, 2, 3…</w:t>
            </w:r>
          </w:p>
        </w:tc>
        <w:tc>
          <w:tcPr>
            <w:tcW w:type="dxa" w:w="3515"/>
          </w:tcPr>
          <w:p>
            <w:pPr>
              <w:bidi w:val="1"/>
              <w:spacing w:after="20"/>
              <w:jc w:val="right"/>
            </w:pPr>
            <w:r>
              <w:rPr>
                <w:b/>
                <w:color w:val="000000"/>
                <w:sz w:val="17"/>
                <w:rtl w:val="1"/>
                <w:rFonts w:ascii="Arial" w:hAnsi="Arial" w:cs="Arial"/>
                <w:bCs/>
                <w:szCs w:val="17"/>
              </w:rPr>
              <w:t>🖼️ תמונה, איור, גרף · B3</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ליד הטקסט יש איור של גג עם ערוגות וחמניות, והכיתוב "תורנות גינה – שבוע 3". זה רומז שיש תלמידים שאחראים לגינה.</w:t>
            </w:r>
          </w:p>
          <w:p>
            <w:pPr>
              <w:bidi w:val="1"/>
              <w:spacing w:after="20"/>
              <w:jc w:val="right"/>
            </w:pPr>
            <w:r>
              <w:rPr>
                <w:sz w:val="17"/>
                <w:rtl w:val="1"/>
                <w:rFonts w:ascii="Arial" w:hAnsi="Arial" w:cs="Arial"/>
                <w:szCs w:val="17"/>
              </w:rPr>
              <w:t>💬 במילים פשוטות: מסתכלים על התמונה. מה רואים?</w:t>
            </w:r>
          </w:p>
          <w:p>
            <w:pPr>
              <w:bidi w:val="1"/>
              <w:spacing w:after="20"/>
              <w:jc w:val="right"/>
            </w:pPr>
            <w:r>
              <w:rPr>
                <w:b/>
                <w:color w:val="000000"/>
                <w:sz w:val="17"/>
                <w:rtl w:val="1"/>
                <w:rFonts w:ascii="Arial" w:hAnsi="Arial" w:cs="Arial"/>
                <w:bCs/>
                <w:szCs w:val="17"/>
              </w:rPr>
              <w:t>✋ נסו בעצמכם: כתבו שתי מילים שהאיור מעורר בכם – וחפשו אותן בטקסט.</w:t>
            </w:r>
          </w:p>
        </w:tc>
      </w:tr>
      <w:tr>
        <w:trPr>
          <w:trHeight w:val="4762"/>
        </w:trPr>
        <w:tc>
          <w:tcPr>
            <w:tcW w:type="dxa" w:w="3515"/>
          </w:tcPr>
          <w:p>
            <w:pPr>
              <w:bidi w:val="1"/>
              <w:spacing w:after="20"/>
              <w:jc w:val="right"/>
            </w:pPr>
            <w:r>
              <w:rPr>
                <w:b/>
                <w:color w:val="000000"/>
                <w:sz w:val="17"/>
                <w:rtl w:val="1"/>
                <w:rFonts w:ascii="Arial" w:hAnsi="Arial" w:cs="Arial"/>
                <w:bCs/>
                <w:szCs w:val="17"/>
              </w:rPr>
              <w:t>🔮 ניבוי – מה יהיה בטקסט? · B4</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ניבוי: "הטקסט יספר איך בנו את הגינה, ואולי גם על בעיות." אחרי הקריאה – נכון! פסקה 3 מספרת על הקשיים.</w:t>
            </w:r>
          </w:p>
          <w:p>
            <w:pPr>
              <w:bidi w:val="1"/>
              <w:spacing w:after="20"/>
              <w:jc w:val="right"/>
            </w:pPr>
            <w:r>
              <w:rPr>
                <w:sz w:val="17"/>
                <w:rtl w:val="1"/>
                <w:rFonts w:ascii="Arial" w:hAnsi="Arial" w:cs="Arial"/>
                <w:szCs w:val="17"/>
              </w:rPr>
              <w:t>💬 במילים פשוטות: מנחשים: מה יהיה בטקסט?</w:t>
            </w:r>
          </w:p>
          <w:p>
            <w:pPr>
              <w:bidi w:val="1"/>
              <w:spacing w:after="20"/>
              <w:jc w:val="right"/>
            </w:pPr>
            <w:r>
              <w:rPr>
                <w:b/>
                <w:color w:val="000000"/>
                <w:sz w:val="17"/>
                <w:rtl w:val="1"/>
                <w:rFonts w:ascii="Arial" w:hAnsi="Arial" w:cs="Arial"/>
                <w:bCs/>
                <w:szCs w:val="17"/>
              </w:rPr>
              <w:t>✋ נסו בעצמכם: כתבו ניבוי אחד. בסוף הקריאה סמנו ✔ (צדקתי) או ✗ (הופתעתי).</w:t>
            </w:r>
          </w:p>
        </w:tc>
        <w:tc>
          <w:tcPr>
            <w:tcW w:type="dxa" w:w="3515"/>
          </w:tcPr>
          <w:p>
            <w:pPr>
              <w:bidi w:val="1"/>
              <w:spacing w:after="20"/>
              <w:jc w:val="right"/>
            </w:pPr>
            <w:r>
              <w:rPr>
                <w:b/>
                <w:color w:val="000000"/>
                <w:sz w:val="17"/>
                <w:rtl w:val="1"/>
                <w:rFonts w:ascii="Arial" w:hAnsi="Arial" w:cs="Arial"/>
                <w:bCs/>
                <w:szCs w:val="17"/>
              </w:rPr>
              <w:t>🎯 סוגה ומטרה – איזה טקסט זה? · B5</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"גינה על הגג" הוא טקסט מידעי בסגנון כתבה: הוא מוסר מידע ומשלב ציטוט של תלמידה.</w:t>
            </w:r>
          </w:p>
          <w:p>
            <w:pPr>
              <w:bidi w:val="1"/>
              <w:spacing w:after="20"/>
              <w:jc w:val="right"/>
            </w:pPr>
            <w:r>
              <w:rPr>
                <w:sz w:val="17"/>
                <w:rtl w:val="1"/>
                <w:rFonts w:ascii="Arial" w:hAnsi="Arial" w:cs="Arial"/>
                <w:szCs w:val="17"/>
              </w:rPr>
              <w:t>💬 במילים פשוטות: איזה טקסט זה? סיפור? מידע? דעה?</w:t>
            </w:r>
          </w:p>
          <w:p>
            <w:pPr>
              <w:bidi w:val="1"/>
              <w:spacing w:after="20"/>
              <w:jc w:val="right"/>
            </w:pPr>
            <w:r>
              <w:rPr>
                <w:b/>
                <w:color w:val="000000"/>
                <w:sz w:val="17"/>
                <w:rtl w:val="1"/>
                <w:rFonts w:ascii="Arial" w:hAnsi="Arial" w:cs="Arial"/>
                <w:bCs/>
                <w:szCs w:val="17"/>
              </w:rPr>
              <w:t>✋ נסו בעצמכם: השלימו: "זה טקסט ___ כי ___."</w:t>
            </w:r>
          </w:p>
        </w:tc>
        <w:tc>
          <w:tcPr>
            <w:tcW w:type="dxa" w:w="3515"/>
          </w:tcPr>
          <w:p>
            <w:pPr>
              <w:bidi w:val="1"/>
              <w:spacing w:after="20"/>
              <w:jc w:val="right"/>
            </w:pPr>
            <w:r>
              <w:rPr>
                <w:b/>
                <w:color w:val="000000"/>
                <w:sz w:val="17"/>
                <w:rtl w:val="1"/>
                <w:rFonts w:ascii="Arial" w:hAnsi="Arial" w:cs="Arial"/>
                <w:bCs/>
                <w:szCs w:val="17"/>
              </w:rPr>
              <w:t>🧠 ידע קודם – מה כבר ידוע לי? · B6</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"צמחים צריכים מים ושמש – את זה אני כבר יודע/ת. לא ידעתי שאפשר לגדל ירקות על גג!"</w:t>
            </w:r>
          </w:p>
          <w:p>
            <w:pPr>
              <w:bidi w:val="1"/>
              <w:spacing w:after="20"/>
              <w:jc w:val="right"/>
            </w:pPr>
            <w:r>
              <w:rPr>
                <w:sz w:val="17"/>
                <w:rtl w:val="1"/>
                <w:rFonts w:ascii="Arial" w:hAnsi="Arial" w:cs="Arial"/>
                <w:szCs w:val="17"/>
              </w:rPr>
              <w:t>💬 במילים פשוטות: מה אני כבר יודע/ת על הנושא?</w:t>
            </w:r>
          </w:p>
          <w:p>
            <w:pPr>
              <w:bidi w:val="1"/>
              <w:spacing w:after="20"/>
              <w:jc w:val="right"/>
            </w:pPr>
            <w:r>
              <w:rPr>
                <w:b/>
                <w:color w:val="000000"/>
                <w:sz w:val="17"/>
                <w:rtl w:val="1"/>
                <w:rFonts w:ascii="Arial" w:hAnsi="Arial" w:cs="Arial"/>
                <w:bCs/>
                <w:szCs w:val="17"/>
              </w:rPr>
              <w:t>✋ נסו בעצמכם: מלאו טבלה קטנה: ידוע לי | רוצה לדעת | למדתי (אחרי הקריאה).</w:t>
            </w:r>
          </w:p>
        </w:tc>
      </w:tr>
      <w:tr>
        <w:trPr>
          <w:trHeight w:val="4762"/>
        </w:trPr>
        <w:tc>
          <w:tcPr>
            <w:tcW w:type="dxa" w:w="3515"/>
          </w:tcPr>
          <w:p>
            <w:pPr>
              <w:bidi w:val="1"/>
              <w:spacing w:after="20"/>
              <w:jc w:val="right"/>
            </w:pPr>
            <w:r>
              <w:rPr>
                <w:b/>
                <w:color w:val="000000"/>
                <w:sz w:val="17"/>
                <w:rtl w:val="1"/>
                <w:rFonts w:ascii="Arial" w:hAnsi="Arial" w:cs="Arial"/>
                <w:bCs/>
                <w:szCs w:val="17"/>
              </w:rPr>
              <w:t>💡 הרעיון המרכזי בפסקה · D1</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פסקה 2: "הגינה מועילה לא רק לתלמידים" – זה משפט הנושא. העיקר: יתרונות הגינה (מקררת את הכיתות, מושכת פרפרים ודבורים).</w:t>
            </w:r>
          </w:p>
          <w:p>
            <w:pPr>
              <w:bidi w:val="1"/>
              <w:spacing w:after="20"/>
              <w:jc w:val="right"/>
            </w:pPr>
            <w:r>
              <w:rPr>
                <w:sz w:val="17"/>
                <w:rtl w:val="1"/>
                <w:rFonts w:ascii="Arial" w:hAnsi="Arial" w:cs="Arial"/>
                <w:szCs w:val="17"/>
              </w:rPr>
              <w:t>💬 במילים פשוטות: על מה הפסקה? כותבים 2–3 מילים.</w:t>
            </w:r>
          </w:p>
          <w:p>
            <w:pPr>
              <w:bidi w:val="1"/>
              <w:spacing w:after="20"/>
              <w:jc w:val="right"/>
            </w:pPr>
            <w:r>
              <w:rPr>
                <w:b/>
                <w:color w:val="000000"/>
                <w:sz w:val="17"/>
                <w:rtl w:val="1"/>
                <w:rFonts w:ascii="Arial" w:hAnsi="Arial" w:cs="Arial"/>
                <w:bCs/>
                <w:szCs w:val="17"/>
              </w:rPr>
              <w:t>✋ נסו בעצמכם: כתבו בשוליים כותרת של 2–4 מילים לכל פסקה.</w:t>
            </w:r>
          </w:p>
        </w:tc>
        <w:tc>
          <w:tcPr>
            <w:tcW w:type="dxa" w:w="3515"/>
          </w:tcPr>
          <w:p>
            <w:pPr>
              <w:bidi w:val="1"/>
              <w:spacing w:after="20"/>
              <w:jc w:val="right"/>
            </w:pPr>
            <w:r>
              <w:rPr>
                <w:b/>
                <w:color w:val="000000"/>
                <w:sz w:val="17"/>
                <w:rtl w:val="1"/>
                <w:rFonts w:ascii="Arial" w:hAnsi="Arial" w:cs="Arial"/>
                <w:bCs/>
                <w:szCs w:val="17"/>
              </w:rPr>
              <w:t>🖍️ סימון מילות מפתח · D2</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בפסקה 3 מסמנים: "לא הכול פשוט", "להשקות כמעט כל יום", "תורנות גינה".</w:t>
            </w:r>
          </w:p>
          <w:p>
            <w:pPr>
              <w:bidi w:val="1"/>
              <w:spacing w:after="20"/>
              <w:jc w:val="right"/>
            </w:pPr>
            <w:r>
              <w:rPr>
                <w:sz w:val="17"/>
                <w:rtl w:val="1"/>
                <w:rFonts w:ascii="Arial" w:hAnsi="Arial" w:cs="Arial"/>
                <w:szCs w:val="17"/>
              </w:rPr>
              <w:t>💬 במילים פשוטות: מסמנים 3 מילים חשובות בכל פסקה.</w:t>
            </w:r>
          </w:p>
          <w:p>
            <w:pPr>
              <w:bidi w:val="1"/>
              <w:spacing w:after="20"/>
              <w:jc w:val="right"/>
            </w:pPr>
            <w:r>
              <w:rPr>
                <w:b/>
                <w:color w:val="000000"/>
                <w:sz w:val="17"/>
                <w:rtl w:val="1"/>
                <w:rFonts w:ascii="Arial" w:hAnsi="Arial" w:cs="Arial"/>
                <w:bCs/>
                <w:szCs w:val="17"/>
              </w:rPr>
              <w:t>✋ נסו בעצמכם: סמנו לכל היותר 3 מילות מפתח בכל פסקה.</w:t>
            </w:r>
          </w:p>
        </w:tc>
        <w:tc>
          <w:tcPr>
            <w:tcW w:type="dxa" w:w="3515"/>
          </w:tcPr>
          <w:p>
            <w:pPr>
              <w:bidi w:val="1"/>
              <w:spacing w:after="20"/>
              <w:jc w:val="right"/>
            </w:pPr>
            <w:r>
              <w:rPr>
                <w:b/>
                <w:color w:val="000000"/>
                <w:sz w:val="17"/>
                <w:rtl w:val="1"/>
                <w:rFonts w:ascii="Arial" w:hAnsi="Arial" w:cs="Arial"/>
                <w:bCs/>
                <w:szCs w:val="17"/>
              </w:rPr>
              <w:t>🧩 מילה לא מוכרת – מבינים מההקשר · D3</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"צמחים על גג סופגים חלק מקרני השמש" – מה זה "סופגים"? ההמשך: "ולכן הם יכולים להפחית את החום" ← סופגים = קולטים, לוקחים לתוכם.</w:t>
            </w:r>
          </w:p>
          <w:p>
            <w:pPr>
              <w:bidi w:val="1"/>
              <w:spacing w:after="20"/>
              <w:jc w:val="right"/>
            </w:pPr>
            <w:r>
              <w:rPr>
                <w:sz w:val="17"/>
                <w:rtl w:val="1"/>
                <w:rFonts w:ascii="Arial" w:hAnsi="Arial" w:cs="Arial"/>
                <w:szCs w:val="17"/>
              </w:rPr>
              <w:t>💬 במילים פשוטות: לא מבינים מילה? קוראים את המשפט שלפני ואחרי.</w:t>
            </w:r>
          </w:p>
          <w:p>
            <w:pPr>
              <w:bidi w:val="1"/>
              <w:spacing w:after="20"/>
              <w:jc w:val="right"/>
            </w:pPr>
            <w:r>
              <w:rPr>
                <w:b/>
                <w:color w:val="000000"/>
                <w:sz w:val="17"/>
                <w:rtl w:val="1"/>
                <w:rFonts w:ascii="Arial" w:hAnsi="Arial" w:cs="Arial"/>
                <w:bCs/>
                <w:szCs w:val="17"/>
              </w:rPr>
              <w:t>✋ נסו בעצמכם: בחרו מילה לא מוכרת, כתבו ניחוש – ובדקו במילון.</w:t>
            </w:r>
          </w:p>
        </w:tc>
      </w:tr>
    </w:tbl>
    <w:p>
      <w:r>
        <w:br w:type="page"/>
      </w:r>
    </w:p>
    <w:tbl>
      <w:tblPr>
        <w:tblStyle w:val="TableGrid"/>
        <w:tblW w:type="auto" w:w="0"/>
        <w:jc w:val="center"/>
        <w:tblLook w:firstColumn="1" w:firstRow="1" w:lastColumn="0" w:lastRow="0" w:noHBand="0" w:noVBand="1" w:val="04A0"/>
        <w:bidiVisual/>
      </w:tblPr>
      <w:tblGrid>
        <w:gridCol w:w="3591"/>
        <w:gridCol w:w="3591"/>
        <w:gridCol w:w="3591"/>
      </w:tblGrid>
      <w:tr>
        <w:trPr>
          <w:trHeight w:val="4762"/>
        </w:trPr>
        <w:tc>
          <w:tcPr>
            <w:tcW w:type="dxa" w:w="3515"/>
          </w:tcPr>
          <w:p>
            <w:pPr>
              <w:bidi w:val="1"/>
              <w:spacing w:after="20"/>
              <w:jc w:val="right"/>
            </w:pPr>
            <w:r>
              <w:rPr>
                <w:b/>
                <w:color w:val="000000"/>
                <w:sz w:val="16"/>
                <w:rtl w:val="1"/>
                <w:rFonts w:ascii="Arial" w:hAnsi="Arial" w:cs="Arial"/>
                <w:bCs/>
                <w:szCs w:val="16"/>
              </w:rPr>
              <w:t>🚶 בזמן הקריאה · D4</w:t>
            </w:r>
          </w:p>
          <w:p>
            <w:pPr>
              <w:bidi w:val="1"/>
              <w:spacing w:after="20"/>
              <w:jc w:val="right"/>
            </w:pPr>
            <w:r>
              <w:rPr>
                <w:b/>
                <w:sz w:val="21"/>
                <w:rtl w:val="1"/>
                <w:rFonts w:ascii="Arial" w:hAnsi="Arial" w:cs="Arial"/>
                <w:bCs/>
                <w:szCs w:val="21"/>
              </w:rPr>
              <w:t>🔗 מילות קישור – תמרורים בטקסט</w:t>
            </w:r>
          </w:p>
          <w:p>
            <w:pPr>
              <w:bidi w:val="1"/>
              <w:spacing w:after="20"/>
              <w:jc w:val="right"/>
            </w:pPr>
            <w:r>
              <w:rPr>
                <w:sz w:val="17"/>
                <w:rtl w:val="1"/>
                <w:rFonts w:ascii="Arial" w:hAnsi="Arial" w:cs="Arial"/>
                <w:szCs w:val="17"/>
              </w:rPr>
              <w:t>מילות קישור מראות את הקשר בין רעיונות: הוספה (בנוסף, גם), ניגוד (אבל, עם זאת), סיבה (כי, מפני ש), תוצאה (לכן, כך ש), דוגמה (למשל).</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איזו מילת קישור מופיעה כאן?</w:t>
            </w:r>
          </w:p>
          <w:p>
            <w:pPr>
              <w:bidi w:val="1"/>
              <w:spacing w:after="20"/>
              <w:jc w:val="right"/>
            </w:pPr>
            <w:r>
              <w:rPr>
                <w:sz w:val="17"/>
                <w:rtl w:val="1"/>
                <w:rFonts w:ascii="Arial" w:hAnsi="Arial" w:cs="Arial"/>
                <w:szCs w:val="17"/>
              </w:rPr>
              <w:t>• מה היא מסמנת – הוספה, ניגוד, סיבה או תוצאה?</w:t>
            </w:r>
          </w:p>
          <w:p>
            <w:pPr>
              <w:bidi w:val="1"/>
              <w:spacing w:after="20"/>
              <w:jc w:val="right"/>
            </w:pPr>
            <w:r>
              <w:rPr>
                <w:sz w:val="17"/>
                <w:rtl w:val="1"/>
                <w:rFonts w:ascii="Arial" w:hAnsi="Arial" w:cs="Arial"/>
                <w:szCs w:val="17"/>
              </w:rPr>
              <w:t>• מה היא רומזת על ההמשך?</w:t>
            </w:r>
          </w:p>
        </w:tc>
        <w:tc>
          <w:tcPr>
            <w:tcW w:type="dxa" w:w="3515"/>
          </w:tcPr>
          <w:p>
            <w:pPr>
              <w:bidi w:val="1"/>
              <w:spacing w:after="20"/>
              <w:jc w:val="right"/>
            </w:pPr>
            <w:r>
              <w:rPr>
                <w:b/>
                <w:color w:val="000000"/>
                <w:sz w:val="16"/>
                <w:rtl w:val="1"/>
                <w:rFonts w:ascii="Arial" w:hAnsi="Arial" w:cs="Arial"/>
                <w:bCs/>
                <w:szCs w:val="16"/>
              </w:rPr>
              <w:t>🚶 בזמן הקריאה · D5</w:t>
            </w:r>
          </w:p>
          <w:p>
            <w:pPr>
              <w:bidi w:val="1"/>
              <w:spacing w:after="20"/>
              <w:jc w:val="right"/>
            </w:pPr>
            <w:r>
              <w:rPr>
                <w:b/>
                <w:sz w:val="21"/>
                <w:rtl w:val="1"/>
                <w:rFonts w:ascii="Arial" w:hAnsi="Arial" w:cs="Arial"/>
                <w:bCs/>
                <w:szCs w:val="21"/>
              </w:rPr>
              <w:t>⚖️ עובדה או דעה?</w:t>
            </w:r>
          </w:p>
          <w:p>
            <w:pPr>
              <w:bidi w:val="1"/>
              <w:spacing w:after="20"/>
              <w:jc w:val="right"/>
            </w:pPr>
            <w:r>
              <w:rPr>
                <w:sz w:val="17"/>
                <w:rtl w:val="1"/>
                <w:rFonts w:ascii="Arial" w:hAnsi="Arial" w:cs="Arial"/>
                <w:szCs w:val="17"/>
              </w:rPr>
              <w:t>עובדה אפשר לבדוק ולהוכיח. דעה היא מה שמישהו חושב או מרגיש. שימו לב למילים כמו "לדעתי", "הכי", "נפלא", "צריך".</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אפשר לבדוק את זה?</w:t>
            </w:r>
          </w:p>
          <w:p>
            <w:pPr>
              <w:bidi w:val="1"/>
              <w:spacing w:after="20"/>
              <w:jc w:val="right"/>
            </w:pPr>
            <w:r>
              <w:rPr>
                <w:sz w:val="17"/>
                <w:rtl w:val="1"/>
                <w:rFonts w:ascii="Arial" w:hAnsi="Arial" w:cs="Arial"/>
                <w:szCs w:val="17"/>
              </w:rPr>
              <w:t>• מי אומר את זה?</w:t>
            </w:r>
          </w:p>
          <w:p>
            <w:pPr>
              <w:bidi w:val="1"/>
              <w:spacing w:after="20"/>
              <w:jc w:val="right"/>
            </w:pPr>
            <w:r>
              <w:rPr>
                <w:sz w:val="17"/>
                <w:rtl w:val="1"/>
                <w:rFonts w:ascii="Arial" w:hAnsi="Arial" w:cs="Arial"/>
                <w:szCs w:val="17"/>
              </w:rPr>
              <w:t>• יש כאן מילים של רגש או שיפוט?</w:t>
            </w:r>
          </w:p>
        </w:tc>
        <w:tc>
          <w:tcPr>
            <w:tcW w:type="dxa" w:w="3515"/>
          </w:tcPr>
          <w:p>
            <w:pPr>
              <w:bidi w:val="1"/>
              <w:spacing w:after="20"/>
              <w:jc w:val="right"/>
            </w:pPr>
            <w:r>
              <w:rPr>
                <w:b/>
                <w:color w:val="000000"/>
                <w:sz w:val="16"/>
                <w:rtl w:val="1"/>
                <w:rFonts w:ascii="Arial" w:hAnsi="Arial" w:cs="Arial"/>
                <w:bCs/>
                <w:szCs w:val="16"/>
              </w:rPr>
              <w:t>🚶 בזמן הקריאה · D6</w:t>
            </w:r>
          </w:p>
          <w:p>
            <w:pPr>
              <w:bidi w:val="1"/>
              <w:spacing w:after="20"/>
              <w:jc w:val="right"/>
            </w:pPr>
            <w:r>
              <w:rPr>
                <w:b/>
                <w:sz w:val="21"/>
                <w:rtl w:val="1"/>
                <w:rFonts w:ascii="Arial" w:hAnsi="Arial" w:cs="Arial"/>
                <w:bCs/>
                <w:szCs w:val="21"/>
              </w:rPr>
              <w:t>❓ שואלים תוך כדי קריאה</w:t>
            </w:r>
          </w:p>
          <w:p>
            <w:pPr>
              <w:bidi w:val="1"/>
              <w:spacing w:after="20"/>
              <w:jc w:val="right"/>
            </w:pPr>
            <w:r>
              <w:rPr>
                <w:sz w:val="17"/>
                <w:rtl w:val="1"/>
                <w:rFonts w:ascii="Arial" w:hAnsi="Arial" w:cs="Arial"/>
                <w:szCs w:val="17"/>
              </w:rPr>
              <w:t>קוראים טובים "מדברים" עם הטקסט. כתבו בשוליים שאלות: למה? איך? מה יקרה? מה הקשר?</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עדיין לא ברור לי?</w:t>
            </w:r>
          </w:p>
          <w:p>
            <w:pPr>
              <w:bidi w:val="1"/>
              <w:spacing w:after="20"/>
              <w:jc w:val="right"/>
            </w:pPr>
            <w:r>
              <w:rPr>
                <w:sz w:val="17"/>
                <w:rtl w:val="1"/>
                <w:rFonts w:ascii="Arial" w:hAnsi="Arial" w:cs="Arial"/>
                <w:szCs w:val="17"/>
              </w:rPr>
              <w:t>• למה זה קרה?</w:t>
            </w:r>
          </w:p>
          <w:p>
            <w:pPr>
              <w:bidi w:val="1"/>
              <w:spacing w:after="20"/>
              <w:jc w:val="right"/>
            </w:pPr>
            <w:r>
              <w:rPr>
                <w:sz w:val="17"/>
                <w:rtl w:val="1"/>
                <w:rFonts w:ascii="Arial" w:hAnsi="Arial" w:cs="Arial"/>
                <w:szCs w:val="17"/>
              </w:rPr>
              <w:t>• מה הייתי רוצה לשאול את מי שכתב?</w:t>
            </w:r>
          </w:p>
        </w:tc>
      </w:tr>
      <w:tr>
        <w:trPr>
          <w:trHeight w:val="4762"/>
        </w:trPr>
        <w:tc>
          <w:tcPr>
            <w:tcW w:type="dxa" w:w="3515"/>
          </w:tcPr>
          <w:p>
            <w:pPr>
              <w:bidi w:val="1"/>
              <w:spacing w:after="20"/>
              <w:jc w:val="right"/>
            </w:pPr>
            <w:r>
              <w:rPr>
                <w:b/>
                <w:color w:val="000000"/>
                <w:sz w:val="16"/>
                <w:rtl w:val="1"/>
                <w:rFonts w:ascii="Arial" w:hAnsi="Arial" w:cs="Arial"/>
                <w:bCs/>
                <w:szCs w:val="16"/>
              </w:rPr>
              <w:t>🚶 בזמן הקריאה · D7</w:t>
            </w:r>
          </w:p>
          <w:p>
            <w:pPr>
              <w:bidi w:val="1"/>
              <w:spacing w:after="20"/>
              <w:jc w:val="right"/>
            </w:pPr>
            <w:r>
              <w:rPr>
                <w:b/>
                <w:sz w:val="21"/>
                <w:rtl w:val="1"/>
                <w:rFonts w:ascii="Arial" w:hAnsi="Arial" w:cs="Arial"/>
                <w:bCs/>
                <w:szCs w:val="21"/>
              </w:rPr>
              <w:t>🎬 רואים את זה בדמיון</w:t>
            </w:r>
          </w:p>
          <w:p>
            <w:pPr>
              <w:bidi w:val="1"/>
              <w:spacing w:after="20"/>
              <w:jc w:val="right"/>
            </w:pPr>
            <w:r>
              <w:rPr>
                <w:sz w:val="17"/>
                <w:rtl w:val="1"/>
                <w:rFonts w:ascii="Arial" w:hAnsi="Arial" w:cs="Arial"/>
                <w:szCs w:val="17"/>
              </w:rPr>
              <w:t>הפכו את המילים לסרט בראש: איך נראה המקום? מי שם? מה שומעים? בסיפור – מה הדמות מרגישה?</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אני רואה בדמיון?</w:t>
            </w:r>
          </w:p>
          <w:p>
            <w:pPr>
              <w:bidi w:val="1"/>
              <w:spacing w:after="20"/>
              <w:jc w:val="right"/>
            </w:pPr>
            <w:r>
              <w:rPr>
                <w:sz w:val="17"/>
                <w:rtl w:val="1"/>
                <w:rFonts w:ascii="Arial" w:hAnsi="Arial" w:cs="Arial"/>
                <w:szCs w:val="17"/>
              </w:rPr>
              <w:t>• אילו מילים עזרו לי לראות?</w:t>
            </w:r>
          </w:p>
          <w:p>
            <w:pPr>
              <w:bidi w:val="1"/>
              <w:spacing w:after="20"/>
              <w:jc w:val="right"/>
            </w:pPr>
            <w:r>
              <w:rPr>
                <w:sz w:val="17"/>
                <w:rtl w:val="1"/>
                <w:rFonts w:ascii="Arial" w:hAnsi="Arial" w:cs="Arial"/>
                <w:szCs w:val="17"/>
              </w:rPr>
              <w:t>• מה הדמות מרגישה, ואיך אני יודע/ת?</w:t>
            </w:r>
          </w:p>
        </w:tc>
        <w:tc>
          <w:tcPr>
            <w:tcW w:type="dxa" w:w="3515"/>
          </w:tcPr>
          <w:p>
            <w:pPr>
              <w:bidi w:val="1"/>
              <w:spacing w:after="20"/>
              <w:jc w:val="right"/>
            </w:pPr>
            <w:r>
              <w:rPr>
                <w:b/>
                <w:color w:val="000000"/>
                <w:sz w:val="16"/>
                <w:rtl w:val="1"/>
                <w:rFonts w:ascii="Arial" w:hAnsi="Arial" w:cs="Arial"/>
                <w:bCs/>
                <w:szCs w:val="16"/>
              </w:rPr>
              <w:t>🚶 בזמן הקריאה · D8</w:t>
            </w:r>
          </w:p>
          <w:p>
            <w:pPr>
              <w:bidi w:val="1"/>
              <w:spacing w:after="20"/>
              <w:jc w:val="right"/>
            </w:pPr>
            <w:r>
              <w:rPr>
                <w:b/>
                <w:sz w:val="21"/>
                <w:rtl w:val="1"/>
                <w:rFonts w:ascii="Arial" w:hAnsi="Arial" w:cs="Arial"/>
                <w:bCs/>
                <w:szCs w:val="21"/>
              </w:rPr>
              <w:t>🚦 עוצרים ובודקים: הבנתי?</w:t>
            </w:r>
          </w:p>
          <w:p>
            <w:pPr>
              <w:bidi w:val="1"/>
              <w:spacing w:after="20"/>
              <w:jc w:val="right"/>
            </w:pPr>
            <w:r>
              <w:rPr>
                <w:sz w:val="17"/>
                <w:rtl w:val="1"/>
                <w:rFonts w:ascii="Arial" w:hAnsi="Arial" w:cs="Arial"/>
                <w:szCs w:val="17"/>
              </w:rPr>
              <w:t>כל כמה פסקאות עצרו: אפשר לספר במילים שלי מה קראתי? אם לא – חזרו לפסקה, קראו לאט או בקול.</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קראתי עד עכשיו – במשפט אחד?</w:t>
            </w:r>
          </w:p>
          <w:p>
            <w:pPr>
              <w:bidi w:val="1"/>
              <w:spacing w:after="20"/>
              <w:jc w:val="right"/>
            </w:pPr>
            <w:r>
              <w:rPr>
                <w:sz w:val="17"/>
                <w:rtl w:val="1"/>
                <w:rFonts w:ascii="Arial" w:hAnsi="Arial" w:cs="Arial"/>
                <w:szCs w:val="17"/>
              </w:rPr>
              <w:t>• איפה הלכתי לאיבוד?</w:t>
            </w:r>
          </w:p>
          <w:p>
            <w:pPr>
              <w:bidi w:val="1"/>
              <w:spacing w:after="20"/>
              <w:jc w:val="right"/>
            </w:pPr>
            <w:r>
              <w:rPr>
                <w:sz w:val="17"/>
                <w:rtl w:val="1"/>
                <w:rFonts w:ascii="Arial" w:hAnsi="Arial" w:cs="Arial"/>
                <w:szCs w:val="17"/>
              </w:rPr>
              <w:t>• מה יעזור לי – לחזור, לקרוא בקול, לסמן?</w:t>
            </w:r>
          </w:p>
        </w:tc>
        <w:tc>
          <w:tcPr>
            <w:tcW w:type="dxa" w:w="3515"/>
          </w:tcPr>
          <w:p>
            <w:pPr>
              <w:bidi w:val="1"/>
              <w:spacing w:after="20"/>
              <w:jc w:val="right"/>
            </w:pPr>
            <w:r>
              <w:rPr>
                <w:b/>
                <w:color w:val="000000"/>
                <w:sz w:val="16"/>
                <w:rtl w:val="1"/>
                <w:rFonts w:ascii="Arial" w:hAnsi="Arial" w:cs="Arial"/>
                <w:bCs/>
                <w:szCs w:val="16"/>
              </w:rPr>
              <w:t>🏁 אחרי הקריאה · A1</w:t>
            </w:r>
          </w:p>
          <w:p>
            <w:pPr>
              <w:bidi w:val="1"/>
              <w:spacing w:after="20"/>
              <w:jc w:val="right"/>
            </w:pPr>
            <w:r>
              <w:rPr>
                <w:b/>
                <w:sz w:val="21"/>
                <w:rtl w:val="1"/>
                <w:rFonts w:ascii="Arial" w:hAnsi="Arial" w:cs="Arial"/>
                <w:bCs/>
                <w:szCs w:val="21"/>
              </w:rPr>
              <w:t>📝 סיכום קצר</w:t>
            </w:r>
          </w:p>
          <w:p>
            <w:pPr>
              <w:bidi w:val="1"/>
              <w:spacing w:after="20"/>
              <w:jc w:val="right"/>
            </w:pPr>
            <w:r>
              <w:rPr>
                <w:sz w:val="17"/>
                <w:rtl w:val="1"/>
                <w:rFonts w:ascii="Arial" w:hAnsi="Arial" w:cs="Arial"/>
                <w:szCs w:val="17"/>
              </w:rPr>
              <w:t>כתבו את עיקר הטקסט ב־3 משפטים: מה הנושא? מה הרעיונות המרכזיים? מה הסוף או המסקנה? בלי דוגמאות קטנות ובלי ציטוטים.</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הנושא?</w:t>
            </w:r>
          </w:p>
          <w:p>
            <w:pPr>
              <w:bidi w:val="1"/>
              <w:spacing w:after="20"/>
              <w:jc w:val="right"/>
            </w:pPr>
            <w:r>
              <w:rPr>
                <w:sz w:val="17"/>
                <w:rtl w:val="1"/>
                <w:rFonts w:ascii="Arial" w:hAnsi="Arial" w:cs="Arial"/>
                <w:szCs w:val="17"/>
              </w:rPr>
              <w:t>• מה 2–3 הרעיונות העיקריים?</w:t>
            </w:r>
          </w:p>
          <w:p>
            <w:pPr>
              <w:bidi w:val="1"/>
              <w:spacing w:after="20"/>
              <w:jc w:val="right"/>
            </w:pPr>
            <w:r>
              <w:rPr>
                <w:sz w:val="17"/>
                <w:rtl w:val="1"/>
                <w:rFonts w:ascii="Arial" w:hAnsi="Arial" w:cs="Arial"/>
                <w:szCs w:val="17"/>
              </w:rPr>
              <w:t>• מה המסקנה או הסוף?</w:t>
            </w:r>
          </w:p>
        </w:tc>
      </w:tr>
      <w:tr>
        <w:trPr>
          <w:trHeight w:val="4762"/>
        </w:trPr>
        <w:tc>
          <w:tcPr>
            <w:tcW w:type="dxa" w:w="3515"/>
          </w:tcPr>
          <w:p>
            <w:pPr>
              <w:bidi w:val="1"/>
              <w:spacing w:after="20"/>
              <w:jc w:val="right"/>
            </w:pPr>
            <w:r>
              <w:rPr>
                <w:b/>
                <w:color w:val="000000"/>
                <w:sz w:val="16"/>
                <w:rtl w:val="1"/>
                <w:rFonts w:ascii="Arial" w:hAnsi="Arial" w:cs="Arial"/>
                <w:bCs/>
                <w:szCs w:val="16"/>
              </w:rPr>
              <w:t>🏁 אחרי הקריאה · A2</w:t>
            </w:r>
          </w:p>
          <w:p>
            <w:pPr>
              <w:bidi w:val="1"/>
              <w:spacing w:after="20"/>
              <w:jc w:val="right"/>
            </w:pPr>
            <w:r>
              <w:rPr>
                <w:b/>
                <w:sz w:val="21"/>
                <w:rtl w:val="1"/>
                <w:rFonts w:ascii="Arial" w:hAnsi="Arial" w:cs="Arial"/>
                <w:bCs/>
                <w:szCs w:val="21"/>
              </w:rPr>
              <w:t>🗺️ מפת הטקסט</w:t>
            </w:r>
          </w:p>
          <w:p>
            <w:pPr>
              <w:bidi w:val="1"/>
              <w:spacing w:after="20"/>
              <w:jc w:val="right"/>
            </w:pPr>
            <w:r>
              <w:rPr>
                <w:sz w:val="17"/>
                <w:rtl w:val="1"/>
                <w:rFonts w:ascii="Arial" w:hAnsi="Arial" w:cs="Arial"/>
                <w:szCs w:val="17"/>
              </w:rPr>
              <w:t>שרטטו מפה: הכותרת באמצע, ומסביב – התפקיד של כל פסקה (פתיחה, הסבר, דוגמה, ניגוד, ציטוט, סיכום).</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התפקיד של כל פסקה?</w:t>
            </w:r>
          </w:p>
          <w:p>
            <w:pPr>
              <w:bidi w:val="1"/>
              <w:spacing w:after="20"/>
              <w:jc w:val="right"/>
            </w:pPr>
            <w:r>
              <w:rPr>
                <w:sz w:val="17"/>
                <w:rtl w:val="1"/>
                <w:rFonts w:ascii="Arial" w:hAnsi="Arial" w:cs="Arial"/>
                <w:szCs w:val="17"/>
              </w:rPr>
              <w:t>• איך הפסקאות מתחברות?</w:t>
            </w:r>
          </w:p>
          <w:p>
            <w:pPr>
              <w:bidi w:val="1"/>
              <w:spacing w:after="20"/>
              <w:jc w:val="right"/>
            </w:pPr>
            <w:r>
              <w:rPr>
                <w:sz w:val="17"/>
                <w:rtl w:val="1"/>
                <w:rFonts w:ascii="Arial" w:hAnsi="Arial" w:cs="Arial"/>
                <w:szCs w:val="17"/>
              </w:rPr>
              <w:t>• איפה נמצא המעבר הגדול בטקסט?</w:t>
            </w:r>
          </w:p>
        </w:tc>
        <w:tc>
          <w:tcPr>
            <w:tcW w:type="dxa" w:w="3515"/>
          </w:tcPr>
          <w:p>
            <w:pPr>
              <w:bidi w:val="1"/>
              <w:spacing w:after="20"/>
              <w:jc w:val="right"/>
            </w:pPr>
            <w:r>
              <w:rPr>
                <w:b/>
                <w:color w:val="000000"/>
                <w:sz w:val="16"/>
                <w:rtl w:val="1"/>
                <w:rFonts w:ascii="Arial" w:hAnsi="Arial" w:cs="Arial"/>
                <w:bCs/>
                <w:szCs w:val="16"/>
              </w:rPr>
              <w:t>🏁 אחרי הקריאה · A3</w:t>
            </w:r>
          </w:p>
          <w:p>
            <w:pPr>
              <w:bidi w:val="1"/>
              <w:spacing w:after="20"/>
              <w:jc w:val="right"/>
            </w:pPr>
            <w:r>
              <w:rPr>
                <w:b/>
                <w:sz w:val="21"/>
                <w:rtl w:val="1"/>
                <w:rFonts w:ascii="Arial" w:hAnsi="Arial" w:cs="Arial"/>
                <w:bCs/>
                <w:szCs w:val="21"/>
              </w:rPr>
              <w:t>🔍 שאלת איתור</w:t>
            </w:r>
          </w:p>
          <w:p>
            <w:pPr>
              <w:bidi w:val="1"/>
              <w:spacing w:after="20"/>
              <w:jc w:val="right"/>
            </w:pPr>
            <w:r>
              <w:rPr>
                <w:sz w:val="17"/>
                <w:rtl w:val="1"/>
                <w:rFonts w:ascii="Arial" w:hAnsi="Arial" w:cs="Arial"/>
                <w:szCs w:val="17"/>
              </w:rPr>
              <w:t>התשובה כתובה בטקסט במפורש. מצאו את מילת המפתח שבשאלה, סרקו עד שתמצאו אותה בטקסט, וקראו את המשפט כולו.</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מילת המפתח בשאלה?</w:t>
            </w:r>
          </w:p>
          <w:p>
            <w:pPr>
              <w:bidi w:val="1"/>
              <w:spacing w:after="20"/>
              <w:jc w:val="right"/>
            </w:pPr>
            <w:r>
              <w:rPr>
                <w:sz w:val="17"/>
                <w:rtl w:val="1"/>
                <w:rFonts w:ascii="Arial" w:hAnsi="Arial" w:cs="Arial"/>
                <w:szCs w:val="17"/>
              </w:rPr>
              <w:t>• באיזו פסקה היא מופיעה?</w:t>
            </w:r>
          </w:p>
          <w:p>
            <w:pPr>
              <w:bidi w:val="1"/>
              <w:spacing w:after="20"/>
              <w:jc w:val="right"/>
            </w:pPr>
            <w:r>
              <w:rPr>
                <w:sz w:val="17"/>
                <w:rtl w:val="1"/>
                <w:rFonts w:ascii="Arial" w:hAnsi="Arial" w:cs="Arial"/>
                <w:szCs w:val="17"/>
              </w:rPr>
              <w:t>• התשובה שלי מלאה?</w:t>
            </w:r>
          </w:p>
        </w:tc>
        <w:tc>
          <w:tcPr>
            <w:tcW w:type="dxa" w:w="3515"/>
          </w:tcPr>
          <w:p>
            <w:pPr>
              <w:bidi w:val="1"/>
              <w:spacing w:after="20"/>
              <w:jc w:val="right"/>
            </w:pPr>
            <w:r>
              <w:rPr>
                <w:b/>
                <w:color w:val="000000"/>
                <w:sz w:val="16"/>
                <w:rtl w:val="1"/>
                <w:rFonts w:ascii="Arial" w:hAnsi="Arial" w:cs="Arial"/>
                <w:bCs/>
                <w:szCs w:val="16"/>
              </w:rPr>
              <w:t>🏁 אחרי הקריאה · A4</w:t>
            </w:r>
          </w:p>
          <w:p>
            <w:pPr>
              <w:bidi w:val="1"/>
              <w:spacing w:after="20"/>
              <w:jc w:val="right"/>
            </w:pPr>
            <w:r>
              <w:rPr>
                <w:b/>
                <w:sz w:val="21"/>
                <w:rtl w:val="1"/>
                <w:rFonts w:ascii="Arial" w:hAnsi="Arial" w:cs="Arial"/>
                <w:bCs/>
                <w:szCs w:val="21"/>
              </w:rPr>
              <w:t>🤔 שאלת הבנה ופרשנות</w:t>
            </w:r>
          </w:p>
          <w:p>
            <w:pPr>
              <w:bidi w:val="1"/>
              <w:spacing w:after="20"/>
              <w:jc w:val="right"/>
            </w:pPr>
            <w:r>
              <w:rPr>
                <w:sz w:val="17"/>
                <w:rtl w:val="1"/>
                <w:rFonts w:ascii="Arial" w:hAnsi="Arial" w:cs="Arial"/>
                <w:szCs w:val="17"/>
              </w:rPr>
              <w:t>כאן מסבירים במילים שלכם מה כתוב – לא מעתיקים. מוצאים את המקום בטקסט, מבינים אותו וכותבים מחדש.</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הטקסט אומר כאן?</w:t>
            </w:r>
          </w:p>
          <w:p>
            <w:pPr>
              <w:bidi w:val="1"/>
              <w:spacing w:after="20"/>
              <w:jc w:val="right"/>
            </w:pPr>
            <w:r>
              <w:rPr>
                <w:sz w:val="17"/>
                <w:rtl w:val="1"/>
                <w:rFonts w:ascii="Arial" w:hAnsi="Arial" w:cs="Arial"/>
                <w:szCs w:val="17"/>
              </w:rPr>
              <w:t>• איך אסביר את זה למישהו מהכיתה?</w:t>
            </w:r>
          </w:p>
          <w:p>
            <w:pPr>
              <w:bidi w:val="1"/>
              <w:spacing w:after="20"/>
              <w:jc w:val="right"/>
            </w:pPr>
            <w:r>
              <w:rPr>
                <w:sz w:val="17"/>
                <w:rtl w:val="1"/>
                <w:rFonts w:ascii="Arial" w:hAnsi="Arial" w:cs="Arial"/>
                <w:szCs w:val="17"/>
              </w:rPr>
              <w:t>• מה הכוונה במילה או בביטוי?</w:t>
            </w:r>
          </w:p>
        </w:tc>
      </w:tr>
    </w:tbl>
    <w:p>
      <w:r>
        <w:br w:type="page"/>
      </w:r>
    </w:p>
    <w:tbl>
      <w:tblPr>
        <w:tblStyle w:val="TableGrid"/>
        <w:tblW w:type="auto" w:w="0"/>
        <w:jc w:val="center"/>
        <w:tblLook w:firstColumn="1" w:firstRow="1" w:lastColumn="0" w:lastRow="0" w:noHBand="0" w:noVBand="1" w:val="04A0"/>
      </w:tblPr>
      <w:tblGrid>
        <w:gridCol w:w="3591"/>
        <w:gridCol w:w="3591"/>
        <w:gridCol w:w="3591"/>
      </w:tblGrid>
      <w:tr>
        <w:trPr>
          <w:trHeight w:val="4762"/>
        </w:trPr>
        <w:tc>
          <w:tcPr>
            <w:tcW w:type="dxa" w:w="3515"/>
          </w:tcPr>
          <w:p>
            <w:pPr>
              <w:bidi w:val="1"/>
              <w:spacing w:after="20"/>
              <w:jc w:val="right"/>
            </w:pPr>
            <w:r>
              <w:rPr>
                <w:b/>
                <w:color w:val="000000"/>
                <w:sz w:val="17"/>
                <w:rtl w:val="1"/>
                <w:rFonts w:ascii="Arial" w:hAnsi="Arial" w:cs="Arial"/>
                <w:bCs/>
                <w:szCs w:val="17"/>
              </w:rPr>
              <w:t>🔗 מילות קישור – תמרורים בטקסט · D4</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"עם זאת, לא הכול פשוט" – ניגוד: אחרי היתרונות מגיעים הקשיים. "לכן הקימו תורנות" – תוצאה של הקושי.</w:t>
            </w:r>
          </w:p>
          <w:p>
            <w:pPr>
              <w:bidi w:val="1"/>
              <w:spacing w:after="20"/>
              <w:jc w:val="right"/>
            </w:pPr>
            <w:r>
              <w:rPr>
                <w:sz w:val="17"/>
                <w:rtl w:val="1"/>
                <w:rFonts w:ascii="Arial" w:hAnsi="Arial" w:cs="Arial"/>
                <w:szCs w:val="17"/>
              </w:rPr>
              <w:t>💬 במילים פשוטות: מחפשים מילים כמו: אבל, לכן, כי, בנוסף.</w:t>
            </w:r>
          </w:p>
          <w:p>
            <w:pPr>
              <w:bidi w:val="1"/>
              <w:spacing w:after="20"/>
              <w:jc w:val="right"/>
            </w:pPr>
            <w:r>
              <w:rPr>
                <w:b/>
                <w:color w:val="000000"/>
                <w:sz w:val="17"/>
                <w:rtl w:val="1"/>
                <w:rFonts w:ascii="Arial" w:hAnsi="Arial" w:cs="Arial"/>
                <w:bCs/>
                <w:szCs w:val="17"/>
              </w:rPr>
              <w:t>✋ נסו בעצמכם: הקיפו 3 מילות קישור וכתבו ליד כל אחת: ➕ הוספה / ↔️ ניגוד / ❓ סיבה / ➡️ תוצאה.</w:t>
            </w:r>
          </w:p>
        </w:tc>
        <w:tc>
          <w:tcPr>
            <w:tcW w:type="dxa" w:w="3515"/>
          </w:tcPr>
          <w:p>
            <w:pPr>
              <w:bidi w:val="1"/>
              <w:spacing w:after="20"/>
              <w:jc w:val="right"/>
            </w:pPr>
            <w:r>
              <w:rPr>
                <w:b/>
                <w:color w:val="000000"/>
                <w:sz w:val="17"/>
                <w:rtl w:val="1"/>
                <w:rFonts w:ascii="Arial" w:hAnsi="Arial" w:cs="Arial"/>
                <w:bCs/>
                <w:szCs w:val="17"/>
              </w:rPr>
              <w:t>⚖️ עובדה או דעה? · D5</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עובדה: "צומחים בו עגבניות, נענע וחמניות." דעה: "זה הדבר הכי טוב שקרה לבית הספר" (נוי).</w:t>
            </w:r>
          </w:p>
          <w:p>
            <w:pPr>
              <w:bidi w:val="1"/>
              <w:spacing w:after="20"/>
              <w:jc w:val="right"/>
            </w:pPr>
            <w:r>
              <w:rPr>
                <w:sz w:val="17"/>
                <w:rtl w:val="1"/>
                <w:rFonts w:ascii="Arial" w:hAnsi="Arial" w:cs="Arial"/>
                <w:szCs w:val="17"/>
              </w:rPr>
              <w:t>💬 במילים פשוטות: עובדה = אפשר לבדוק. דעה = מה שמישהו חושב.</w:t>
            </w:r>
          </w:p>
          <w:p>
            <w:pPr>
              <w:bidi w:val="1"/>
              <w:spacing w:after="20"/>
              <w:jc w:val="right"/>
            </w:pPr>
            <w:r>
              <w:rPr>
                <w:b/>
                <w:color w:val="000000"/>
                <w:sz w:val="17"/>
                <w:rtl w:val="1"/>
                <w:rFonts w:ascii="Arial" w:hAnsi="Arial" w:cs="Arial"/>
                <w:bCs/>
                <w:szCs w:val="17"/>
              </w:rPr>
              <w:t>✋ נסו בעצמכם: מצאו עובדה אחת ודעה אחת, וסמנו ע / ד.</w:t>
            </w:r>
          </w:p>
        </w:tc>
        <w:tc>
          <w:tcPr>
            <w:tcW w:type="dxa" w:w="3515"/>
          </w:tcPr>
          <w:p>
            <w:pPr>
              <w:bidi w:val="1"/>
              <w:spacing w:after="20"/>
              <w:jc w:val="right"/>
            </w:pPr>
            <w:r>
              <w:rPr>
                <w:b/>
                <w:color w:val="000000"/>
                <w:sz w:val="17"/>
                <w:rtl w:val="1"/>
                <w:rFonts w:ascii="Arial" w:hAnsi="Arial" w:cs="Arial"/>
                <w:bCs/>
                <w:szCs w:val="17"/>
              </w:rPr>
              <w:t>❓ שואלים תוך כדי קריאה · D6</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בפסקה 3 עולה שאלה: "מי משקה בחופש הגדול?" – והתשובה מגיעה מיד: "תורנות גינה".</w:t>
            </w:r>
          </w:p>
          <w:p>
            <w:pPr>
              <w:bidi w:val="1"/>
              <w:spacing w:after="20"/>
              <w:jc w:val="right"/>
            </w:pPr>
            <w:r>
              <w:rPr>
                <w:sz w:val="17"/>
                <w:rtl w:val="1"/>
                <w:rFonts w:ascii="Arial" w:hAnsi="Arial" w:cs="Arial"/>
                <w:szCs w:val="17"/>
              </w:rPr>
              <w:t>💬 במילים פשוטות: כותבים שאלה אחת על הטקסט.</w:t>
            </w:r>
          </w:p>
          <w:p>
            <w:pPr>
              <w:bidi w:val="1"/>
              <w:spacing w:after="20"/>
              <w:jc w:val="right"/>
            </w:pPr>
            <w:r>
              <w:rPr>
                <w:b/>
                <w:color w:val="000000"/>
                <w:sz w:val="17"/>
                <w:rtl w:val="1"/>
                <w:rFonts w:ascii="Arial" w:hAnsi="Arial" w:cs="Arial"/>
                <w:bCs/>
                <w:szCs w:val="17"/>
              </w:rPr>
              <w:t>✋ נסו בעצמכם: כתבו 2 שאלות בשוליים, ובדקו אם הטקסט ענה עליהן.</w:t>
            </w:r>
          </w:p>
        </w:tc>
      </w:tr>
      <w:tr>
        <w:trPr>
          <w:trHeight w:val="4762"/>
        </w:trPr>
        <w:tc>
          <w:tcPr>
            <w:tcW w:type="dxa" w:w="3515"/>
          </w:tcPr>
          <w:p>
            <w:pPr>
              <w:bidi w:val="1"/>
              <w:spacing w:after="20"/>
              <w:jc w:val="right"/>
            </w:pPr>
            <w:r>
              <w:rPr>
                <w:b/>
                <w:color w:val="000000"/>
                <w:sz w:val="17"/>
                <w:rtl w:val="1"/>
                <w:rFonts w:ascii="Arial" w:hAnsi="Arial" w:cs="Arial"/>
                <w:bCs/>
                <w:szCs w:val="17"/>
              </w:rPr>
              <w:t>🎬 רואים את זה בדמיון · D7</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"מקום מאובק שאיש לא עלה אליו" – אני רואה גג אפור ושקט. "עגבניות, נענע וחמניות" – צבעים וריחות.</w:t>
            </w:r>
          </w:p>
          <w:p>
            <w:pPr>
              <w:bidi w:val="1"/>
              <w:spacing w:after="20"/>
              <w:jc w:val="right"/>
            </w:pPr>
            <w:r>
              <w:rPr>
                <w:sz w:val="17"/>
                <w:rtl w:val="1"/>
                <w:rFonts w:ascii="Arial" w:hAnsi="Arial" w:cs="Arial"/>
                <w:szCs w:val="17"/>
              </w:rPr>
              <w:t>💬 במילים פשוטות: עוצמים עיניים: מה רואים?</w:t>
            </w:r>
          </w:p>
          <w:p>
            <w:pPr>
              <w:bidi w:val="1"/>
              <w:spacing w:after="20"/>
              <w:jc w:val="right"/>
            </w:pPr>
            <w:r>
              <w:rPr>
                <w:b/>
                <w:color w:val="000000"/>
                <w:sz w:val="17"/>
                <w:rtl w:val="1"/>
                <w:rFonts w:ascii="Arial" w:hAnsi="Arial" w:cs="Arial"/>
                <w:bCs/>
                <w:szCs w:val="17"/>
              </w:rPr>
              <w:t>✋ נסו בעצמכם: ציירו בחצי דקה סקיצה של התמונה שראיתם.</w:t>
            </w:r>
          </w:p>
        </w:tc>
        <w:tc>
          <w:tcPr>
            <w:tcW w:type="dxa" w:w="3515"/>
          </w:tcPr>
          <w:p>
            <w:pPr>
              <w:bidi w:val="1"/>
              <w:spacing w:after="20"/>
              <w:jc w:val="right"/>
            </w:pPr>
            <w:r>
              <w:rPr>
                <w:b/>
                <w:color w:val="000000"/>
                <w:sz w:val="17"/>
                <w:rtl w:val="1"/>
                <w:rFonts w:ascii="Arial" w:hAnsi="Arial" w:cs="Arial"/>
                <w:bCs/>
                <w:szCs w:val="17"/>
              </w:rPr>
              <w:t>🚦 עוצרים ובודקים: הבנתי? · D8</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אחרי פסקה 2: "תלמידים הקימו גינה על הגג, והיא מקררת את הכיתות ומושכת דבורים." 🟢 הבנתי – ממשיכים.</w:t>
            </w:r>
          </w:p>
          <w:p>
            <w:pPr>
              <w:bidi w:val="1"/>
              <w:spacing w:after="20"/>
              <w:jc w:val="right"/>
            </w:pPr>
            <w:r>
              <w:rPr>
                <w:sz w:val="17"/>
                <w:rtl w:val="1"/>
                <w:rFonts w:ascii="Arial" w:hAnsi="Arial" w:cs="Arial"/>
                <w:szCs w:val="17"/>
              </w:rPr>
              <w:t>💬 במילים פשוטות: עוצרים. הבנתי? 🟢 🟡 🔴</w:t>
            </w:r>
          </w:p>
          <w:p>
            <w:pPr>
              <w:bidi w:val="1"/>
              <w:spacing w:after="20"/>
              <w:jc w:val="right"/>
            </w:pPr>
            <w:r>
              <w:rPr>
                <w:b/>
                <w:color w:val="000000"/>
                <w:sz w:val="17"/>
                <w:rtl w:val="1"/>
                <w:rFonts w:ascii="Arial" w:hAnsi="Arial" w:cs="Arial"/>
                <w:bCs/>
                <w:szCs w:val="17"/>
              </w:rPr>
              <w:t>✋ נסו בעצמכם: רמזור בשוליים: 🟢 הבנתי · 🟡 חלקית · 🔴 חוזרים לקרוא.</w:t>
            </w:r>
          </w:p>
        </w:tc>
        <w:tc>
          <w:tcPr>
            <w:tcW w:type="dxa" w:w="3515"/>
          </w:tcPr>
          <w:p>
            <w:pPr>
              <w:bidi w:val="1"/>
              <w:spacing w:after="20"/>
              <w:jc w:val="right"/>
            </w:pPr>
            <w:r>
              <w:rPr>
                <w:b/>
                <w:color w:val="000000"/>
                <w:sz w:val="17"/>
                <w:rtl w:val="1"/>
                <w:rFonts w:ascii="Arial" w:hAnsi="Arial" w:cs="Arial"/>
                <w:bCs/>
                <w:szCs w:val="17"/>
              </w:rPr>
              <w:t>📝 סיכום קצר · A1</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"תלמידי כיתה ח׳ הקימו גינה על גג בית הספר. הגינה מקררת את הכיתות ומושכת בעלי חיים, אבל דורשת השקיה ותחזוקה. לכן התלמידים מתחלקים בתורנות שבועית."</w:t>
            </w:r>
          </w:p>
          <w:p>
            <w:pPr>
              <w:bidi w:val="1"/>
              <w:spacing w:after="20"/>
              <w:jc w:val="right"/>
            </w:pPr>
            <w:r>
              <w:rPr>
                <w:sz w:val="17"/>
                <w:rtl w:val="1"/>
                <w:rFonts w:ascii="Arial" w:hAnsi="Arial" w:cs="Arial"/>
                <w:szCs w:val="17"/>
              </w:rPr>
              <w:t>💬 במילים פשוטות: כותבים 2 משפטים: על מה הטקסט? מה העיקר?</w:t>
            </w:r>
          </w:p>
          <w:p>
            <w:pPr>
              <w:bidi w:val="1"/>
              <w:spacing w:after="20"/>
              <w:jc w:val="right"/>
            </w:pPr>
            <w:r>
              <w:rPr>
                <w:b/>
                <w:color w:val="000000"/>
                <w:sz w:val="17"/>
                <w:rtl w:val="1"/>
                <w:rFonts w:ascii="Arial" w:hAnsi="Arial" w:cs="Arial"/>
                <w:bCs/>
                <w:szCs w:val="17"/>
              </w:rPr>
              <w:t>✋ נסו בעצמכם: הפכו את כותרות הפסקאות שכתבתם למשפטים.</w:t>
            </w:r>
          </w:p>
        </w:tc>
      </w:tr>
      <w:tr>
        <w:trPr>
          <w:trHeight w:val="4762"/>
        </w:trPr>
        <w:tc>
          <w:tcPr>
            <w:tcW w:type="dxa" w:w="3515"/>
          </w:tcPr>
          <w:p>
            <w:pPr>
              <w:bidi w:val="1"/>
              <w:spacing w:after="20"/>
              <w:jc w:val="right"/>
            </w:pPr>
            <w:r>
              <w:rPr>
                <w:b/>
                <w:color w:val="000000"/>
                <w:sz w:val="17"/>
                <w:rtl w:val="1"/>
                <w:rFonts w:ascii="Arial" w:hAnsi="Arial" w:cs="Arial"/>
                <w:bCs/>
                <w:szCs w:val="17"/>
              </w:rPr>
              <w:t>🗺️ מפת הטקסט · A2</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1 – רקע: איך הכול התחיל · 2 – יתרונות · 3 – קשיים ופתרון · 4 – ציטוט ודעה.</w:t>
            </w:r>
          </w:p>
          <w:p>
            <w:pPr>
              <w:bidi w:val="1"/>
              <w:spacing w:after="20"/>
              <w:jc w:val="right"/>
            </w:pPr>
            <w:r>
              <w:rPr>
                <w:sz w:val="17"/>
                <w:rtl w:val="1"/>
                <w:rFonts w:ascii="Arial" w:hAnsi="Arial" w:cs="Arial"/>
                <w:szCs w:val="17"/>
              </w:rPr>
              <w:t>💬 במילים פשוטות: לכל פסקה – מילה אחת. מחברים בחצים.</w:t>
            </w:r>
          </w:p>
          <w:p>
            <w:pPr>
              <w:bidi w:val="1"/>
              <w:spacing w:after="20"/>
              <w:jc w:val="right"/>
            </w:pPr>
            <w:r>
              <w:rPr>
                <w:b/>
                <w:color w:val="000000"/>
                <w:sz w:val="17"/>
                <w:rtl w:val="1"/>
                <w:rFonts w:ascii="Arial" w:hAnsi="Arial" w:cs="Arial"/>
                <w:bCs/>
                <w:szCs w:val="17"/>
              </w:rPr>
              <w:t>✋ נסו בעצמכם: מלאו מפה עם עיגול לכל פסקה וחצים ביניהם.</w:t>
            </w:r>
          </w:p>
        </w:tc>
        <w:tc>
          <w:tcPr>
            <w:tcW w:type="dxa" w:w="3515"/>
          </w:tcPr>
          <w:p>
            <w:pPr>
              <w:bidi w:val="1"/>
              <w:spacing w:after="20"/>
              <w:jc w:val="right"/>
            </w:pPr>
            <w:r>
              <w:rPr>
                <w:b/>
                <w:color w:val="000000"/>
                <w:sz w:val="17"/>
                <w:rtl w:val="1"/>
                <w:rFonts w:ascii="Arial" w:hAnsi="Arial" w:cs="Arial"/>
                <w:bCs/>
                <w:szCs w:val="17"/>
              </w:rPr>
              <w:t>🔍 שאלת איתור · A3</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"מה צומח היום על הגג?" ← מילת מפתח: "צומחים" ← פסקה 1: עגבניות, נענע וחמניות.</w:t>
            </w:r>
          </w:p>
          <w:p>
            <w:pPr>
              <w:bidi w:val="1"/>
              <w:spacing w:after="20"/>
              <w:jc w:val="right"/>
            </w:pPr>
            <w:r>
              <w:rPr>
                <w:sz w:val="17"/>
                <w:rtl w:val="1"/>
                <w:rFonts w:ascii="Arial" w:hAnsi="Arial" w:cs="Arial"/>
                <w:szCs w:val="17"/>
              </w:rPr>
              <w:t>💬 במילים פשוטות: מוצאים בשאלה מילה חשובה. מחפשים אותה בטקסט.</w:t>
            </w:r>
          </w:p>
          <w:p>
            <w:pPr>
              <w:bidi w:val="1"/>
              <w:spacing w:after="20"/>
              <w:jc w:val="right"/>
            </w:pPr>
            <w:r>
              <w:rPr>
                <w:b/>
                <w:color w:val="000000"/>
                <w:sz w:val="17"/>
                <w:rtl w:val="1"/>
                <w:rFonts w:ascii="Arial" w:hAnsi="Arial" w:cs="Arial"/>
                <w:bCs/>
                <w:szCs w:val="17"/>
              </w:rPr>
              <w:t>✋ נסו בעצמכם: כתבו ליד כל תשובה את מספר הפסקה שבה מצאתם אותה.</w:t>
            </w:r>
          </w:p>
        </w:tc>
        <w:tc>
          <w:tcPr>
            <w:tcW w:type="dxa" w:w="3515"/>
          </w:tcPr>
          <w:p>
            <w:pPr>
              <w:bidi w:val="1"/>
              <w:spacing w:after="20"/>
              <w:jc w:val="right"/>
            </w:pPr>
            <w:r>
              <w:rPr>
                <w:b/>
                <w:color w:val="000000"/>
                <w:sz w:val="17"/>
                <w:rtl w:val="1"/>
                <w:rFonts w:ascii="Arial" w:hAnsi="Arial" w:cs="Arial"/>
                <w:bCs/>
                <w:szCs w:val="17"/>
              </w:rPr>
              <w:t>🤔 שאלת הבנה ופרשנות · A4</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"הסבירו כיצד הגינה מועילה לבניין." ← "הצמחים קולטים חלק מקרני השמש, ולכן פחות חום נכנס לכיתות."</w:t>
            </w:r>
          </w:p>
          <w:p>
            <w:pPr>
              <w:bidi w:val="1"/>
              <w:spacing w:after="20"/>
              <w:jc w:val="right"/>
            </w:pPr>
            <w:r>
              <w:rPr>
                <w:sz w:val="17"/>
                <w:rtl w:val="1"/>
                <w:rFonts w:ascii="Arial" w:hAnsi="Arial" w:cs="Arial"/>
                <w:szCs w:val="17"/>
              </w:rPr>
              <w:t>💬 במילים פשוטות: מסבירים במילים שלי.</w:t>
            </w:r>
          </w:p>
          <w:p>
            <w:pPr>
              <w:bidi w:val="1"/>
              <w:spacing w:after="20"/>
              <w:jc w:val="right"/>
            </w:pPr>
            <w:r>
              <w:rPr>
                <w:b/>
                <w:color w:val="000000"/>
                <w:sz w:val="17"/>
                <w:rtl w:val="1"/>
                <w:rFonts w:ascii="Arial" w:hAnsi="Arial" w:cs="Arial"/>
                <w:bCs/>
                <w:szCs w:val="17"/>
              </w:rPr>
              <w:t>✋ נסו בעצמכם: הסבירו את פסקה 2 במילים שלכם – בלי להעתיק משפט שלם.</w:t>
            </w:r>
          </w:p>
        </w:tc>
      </w:tr>
    </w:tbl>
    <w:p>
      <w:r>
        <w:br w:type="page"/>
      </w:r>
    </w:p>
    <w:tbl>
      <w:tblPr>
        <w:tblStyle w:val="TableGrid"/>
        <w:tblW w:type="auto" w:w="0"/>
        <w:jc w:val="center"/>
        <w:tblLook w:firstColumn="1" w:firstRow="1" w:lastColumn="0" w:lastRow="0" w:noHBand="0" w:noVBand="1" w:val="04A0"/>
        <w:bidiVisual/>
      </w:tblPr>
      <w:tblGrid>
        <w:gridCol w:w="3591"/>
        <w:gridCol w:w="3591"/>
        <w:gridCol w:w="3591"/>
      </w:tblGrid>
      <w:tr>
        <w:trPr>
          <w:trHeight w:val="4762"/>
        </w:trPr>
        <w:tc>
          <w:tcPr>
            <w:tcW w:type="dxa" w:w="3515"/>
          </w:tcPr>
          <w:p>
            <w:pPr>
              <w:bidi w:val="1"/>
              <w:spacing w:after="20"/>
              <w:jc w:val="right"/>
            </w:pPr>
            <w:r>
              <w:rPr>
                <w:b/>
                <w:color w:val="000000"/>
                <w:sz w:val="16"/>
                <w:rtl w:val="1"/>
                <w:rFonts w:ascii="Arial" w:hAnsi="Arial" w:cs="Arial"/>
                <w:bCs/>
                <w:szCs w:val="16"/>
              </w:rPr>
              <w:t>🏁 אחרי הקריאה · A5</w:t>
            </w:r>
          </w:p>
          <w:p>
            <w:pPr>
              <w:bidi w:val="1"/>
              <w:spacing w:after="20"/>
              <w:jc w:val="right"/>
            </w:pPr>
            <w:r>
              <w:rPr>
                <w:b/>
                <w:sz w:val="21"/>
                <w:rtl w:val="1"/>
                <w:rFonts w:ascii="Arial" w:hAnsi="Arial" w:cs="Arial"/>
                <w:bCs/>
                <w:szCs w:val="21"/>
              </w:rPr>
              <w:t>🕵️ שאלת הסקה – בין השורות</w:t>
            </w:r>
          </w:p>
          <w:p>
            <w:pPr>
              <w:bidi w:val="1"/>
              <w:spacing w:after="20"/>
              <w:jc w:val="right"/>
            </w:pPr>
            <w:r>
              <w:rPr>
                <w:sz w:val="17"/>
                <w:rtl w:val="1"/>
                <w:rFonts w:ascii="Arial" w:hAnsi="Arial" w:cs="Arial"/>
                <w:szCs w:val="17"/>
              </w:rPr>
              <w:t>התשובה לא כתובה במפורש. חברו רמזים מהטקסט ועוד מה שידוע לכם – והגיעו למסקנה. תמיד הצביעו על הרמז.</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אילו רמזים יש בטקסט?</w:t>
            </w:r>
          </w:p>
          <w:p>
            <w:pPr>
              <w:bidi w:val="1"/>
              <w:spacing w:after="20"/>
              <w:jc w:val="right"/>
            </w:pPr>
            <w:r>
              <w:rPr>
                <w:sz w:val="17"/>
                <w:rtl w:val="1"/>
                <w:rFonts w:ascii="Arial" w:hAnsi="Arial" w:cs="Arial"/>
                <w:szCs w:val="17"/>
              </w:rPr>
              <w:t>• מה ידוע לי מהחיים?</w:t>
            </w:r>
          </w:p>
          <w:p>
            <w:pPr>
              <w:bidi w:val="1"/>
              <w:spacing w:after="20"/>
              <w:jc w:val="right"/>
            </w:pPr>
            <w:r>
              <w:rPr>
                <w:sz w:val="17"/>
                <w:rtl w:val="1"/>
                <w:rFonts w:ascii="Arial" w:hAnsi="Arial" w:cs="Arial"/>
                <w:szCs w:val="17"/>
              </w:rPr>
              <w:t>• מה המסקנה – והטקסט תומך בה?</w:t>
            </w:r>
          </w:p>
        </w:tc>
        <w:tc>
          <w:tcPr>
            <w:tcW w:type="dxa" w:w="3515"/>
          </w:tcPr>
          <w:p>
            <w:pPr>
              <w:bidi w:val="1"/>
              <w:spacing w:after="20"/>
              <w:jc w:val="right"/>
            </w:pPr>
            <w:r>
              <w:rPr>
                <w:b/>
                <w:color w:val="000000"/>
                <w:sz w:val="16"/>
                <w:rtl w:val="1"/>
                <w:rFonts w:ascii="Arial" w:hAnsi="Arial" w:cs="Arial"/>
                <w:bCs/>
                <w:szCs w:val="16"/>
              </w:rPr>
              <w:t>🏁 אחרי הקריאה · A6</w:t>
            </w:r>
          </w:p>
          <w:p>
            <w:pPr>
              <w:bidi w:val="1"/>
              <w:spacing w:after="20"/>
              <w:jc w:val="right"/>
            </w:pPr>
            <w:r>
              <w:rPr>
                <w:b/>
                <w:sz w:val="21"/>
                <w:rtl w:val="1"/>
                <w:rFonts w:ascii="Arial" w:hAnsi="Arial" w:cs="Arial"/>
                <w:bCs/>
                <w:szCs w:val="21"/>
              </w:rPr>
              <w:t>🔄 שאלת השוואה</w:t>
            </w:r>
          </w:p>
          <w:p>
            <w:pPr>
              <w:bidi w:val="1"/>
              <w:spacing w:after="20"/>
              <w:jc w:val="right"/>
            </w:pPr>
            <w:r>
              <w:rPr>
                <w:sz w:val="17"/>
                <w:rtl w:val="1"/>
                <w:rFonts w:ascii="Arial" w:hAnsi="Arial" w:cs="Arial"/>
                <w:szCs w:val="17"/>
              </w:rPr>
              <w:t>קבעו קנה מידה (במה משווים?), ואז כתבו מה דומה ומה שונה. מילים שעוזרות: "בדומה ל…", "לעומת…", "ואילו…".</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משווים?</w:t>
            </w:r>
          </w:p>
          <w:p>
            <w:pPr>
              <w:bidi w:val="1"/>
              <w:spacing w:after="20"/>
              <w:jc w:val="right"/>
            </w:pPr>
            <w:r>
              <w:rPr>
                <w:sz w:val="17"/>
                <w:rtl w:val="1"/>
                <w:rFonts w:ascii="Arial" w:hAnsi="Arial" w:cs="Arial"/>
                <w:szCs w:val="17"/>
              </w:rPr>
              <w:t>• במה הם דומים?</w:t>
            </w:r>
          </w:p>
          <w:p>
            <w:pPr>
              <w:bidi w:val="1"/>
              <w:spacing w:after="20"/>
              <w:jc w:val="right"/>
            </w:pPr>
            <w:r>
              <w:rPr>
                <w:sz w:val="17"/>
                <w:rtl w:val="1"/>
                <w:rFonts w:ascii="Arial" w:hAnsi="Arial" w:cs="Arial"/>
                <w:szCs w:val="17"/>
              </w:rPr>
              <w:t>• במה הם שונים – ולפי איזה קנה מידה?</w:t>
            </w:r>
          </w:p>
        </w:tc>
        <w:tc>
          <w:tcPr>
            <w:tcW w:type="dxa" w:w="3515"/>
          </w:tcPr>
          <w:p>
            <w:pPr>
              <w:bidi w:val="1"/>
              <w:spacing w:after="20"/>
              <w:jc w:val="right"/>
            </w:pPr>
            <w:r>
              <w:rPr>
                <w:b/>
                <w:color w:val="000000"/>
                <w:sz w:val="16"/>
                <w:rtl w:val="1"/>
                <w:rFonts w:ascii="Arial" w:hAnsi="Arial" w:cs="Arial"/>
                <w:bCs/>
                <w:szCs w:val="16"/>
              </w:rPr>
              <w:t>🏁 אחרי הקריאה · A7</w:t>
            </w:r>
          </w:p>
          <w:p>
            <w:pPr>
              <w:bidi w:val="1"/>
              <w:spacing w:after="20"/>
              <w:jc w:val="right"/>
            </w:pPr>
            <w:r>
              <w:rPr>
                <w:b/>
                <w:sz w:val="21"/>
                <w:rtl w:val="1"/>
                <w:rFonts w:ascii="Arial" w:hAnsi="Arial" w:cs="Arial"/>
                <w:bCs/>
                <w:szCs w:val="21"/>
              </w:rPr>
              <w:t>🗣️ שאלת עמדה</w:t>
            </w:r>
          </w:p>
          <w:p>
            <w:pPr>
              <w:bidi w:val="1"/>
              <w:spacing w:after="20"/>
              <w:jc w:val="right"/>
            </w:pPr>
            <w:r>
              <w:rPr>
                <w:sz w:val="17"/>
                <w:rtl w:val="1"/>
                <w:rFonts w:ascii="Arial" w:hAnsi="Arial" w:cs="Arial"/>
                <w:szCs w:val="17"/>
              </w:rPr>
              <w:t>הביעו דעה ברורה ונמקו. אפשר להסכים ואפשר לא להסכים – העיקר לנמק בעזרת הטקסט ובעזרת דוגמה משלכם.</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העמדה שלי?</w:t>
            </w:r>
          </w:p>
          <w:p>
            <w:pPr>
              <w:bidi w:val="1"/>
              <w:spacing w:after="20"/>
              <w:jc w:val="right"/>
            </w:pPr>
            <w:r>
              <w:rPr>
                <w:sz w:val="17"/>
                <w:rtl w:val="1"/>
                <w:rFonts w:ascii="Arial" w:hAnsi="Arial" w:cs="Arial"/>
                <w:szCs w:val="17"/>
              </w:rPr>
              <w:t>• מה הנימוק החזק ביותר?</w:t>
            </w:r>
          </w:p>
          <w:p>
            <w:pPr>
              <w:bidi w:val="1"/>
              <w:spacing w:after="20"/>
              <w:jc w:val="right"/>
            </w:pPr>
            <w:r>
              <w:rPr>
                <w:sz w:val="17"/>
                <w:rtl w:val="1"/>
                <w:rFonts w:ascii="Arial" w:hAnsi="Arial" w:cs="Arial"/>
                <w:szCs w:val="17"/>
              </w:rPr>
              <w:t>• מה יגידו מי שחושבים אחרת – ומה אענה?</w:t>
            </w:r>
          </w:p>
        </w:tc>
      </w:tr>
      <w:tr>
        <w:trPr>
          <w:trHeight w:val="4762"/>
        </w:trPr>
        <w:tc>
          <w:tcPr>
            <w:tcW w:type="dxa" w:w="3515"/>
          </w:tcPr>
          <w:p>
            <w:pPr>
              <w:bidi w:val="1"/>
              <w:spacing w:after="20"/>
              <w:jc w:val="right"/>
            </w:pPr>
            <w:r>
              <w:rPr>
                <w:b/>
                <w:color w:val="000000"/>
                <w:sz w:val="16"/>
                <w:rtl w:val="1"/>
                <w:rFonts w:ascii="Arial" w:hAnsi="Arial" w:cs="Arial"/>
                <w:bCs/>
                <w:szCs w:val="16"/>
              </w:rPr>
              <w:t>🏁 אחרי הקריאה · A8</w:t>
            </w:r>
          </w:p>
          <w:p>
            <w:pPr>
              <w:bidi w:val="1"/>
              <w:spacing w:after="20"/>
              <w:jc w:val="right"/>
            </w:pPr>
            <w:r>
              <w:rPr>
                <w:b/>
                <w:sz w:val="21"/>
                <w:rtl w:val="1"/>
                <w:rFonts w:ascii="Arial" w:hAnsi="Arial" w:cs="Arial"/>
                <w:bCs/>
                <w:szCs w:val="21"/>
              </w:rPr>
              <w:t>📖 קוראים את השאלה נכון</w:t>
            </w:r>
          </w:p>
          <w:p>
            <w:pPr>
              <w:bidi w:val="1"/>
              <w:spacing w:after="20"/>
              <w:jc w:val="right"/>
            </w:pPr>
            <w:r>
              <w:rPr>
                <w:sz w:val="17"/>
                <w:rtl w:val="1"/>
                <w:rFonts w:ascii="Arial" w:hAnsi="Arial" w:cs="Arial"/>
                <w:szCs w:val="17"/>
              </w:rPr>
              <w:t>לפני שעונים – סמנו את מילת ההוראה ואת מספר הפרטים. ציינו = בקצרה · הסבירו = למה/איך · הביאו דוגמה = מהטקסט · נמקו = כי… · השוו = דומה ושונה.</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מילת ההוראה?</w:t>
            </w:r>
          </w:p>
          <w:p>
            <w:pPr>
              <w:bidi w:val="1"/>
              <w:spacing w:after="20"/>
              <w:jc w:val="right"/>
            </w:pPr>
            <w:r>
              <w:rPr>
                <w:sz w:val="17"/>
                <w:rtl w:val="1"/>
                <w:rFonts w:ascii="Arial" w:hAnsi="Arial" w:cs="Arial"/>
                <w:szCs w:val="17"/>
              </w:rPr>
              <w:t>• כמה פרטים מבקשים?</w:t>
            </w:r>
          </w:p>
          <w:p>
            <w:pPr>
              <w:bidi w:val="1"/>
              <w:spacing w:after="20"/>
              <w:jc w:val="right"/>
            </w:pPr>
            <w:r>
              <w:rPr>
                <w:sz w:val="17"/>
                <w:rtl w:val="1"/>
                <w:rFonts w:ascii="Arial" w:hAnsi="Arial" w:cs="Arial"/>
                <w:szCs w:val="17"/>
              </w:rPr>
              <w:t>• על איזה חלק בטקסט מדובר?</w:t>
            </w:r>
          </w:p>
        </w:tc>
        <w:tc>
          <w:tcPr>
            <w:tcW w:type="dxa" w:w="3515"/>
          </w:tcPr>
          <w:p>
            <w:pPr>
              <w:bidi w:val="1"/>
              <w:spacing w:after="20"/>
              <w:jc w:val="right"/>
            </w:pPr>
            <w:r>
              <w:rPr>
                <w:b/>
                <w:color w:val="000000"/>
                <w:sz w:val="16"/>
                <w:rtl w:val="1"/>
                <w:rFonts w:ascii="Arial" w:hAnsi="Arial" w:cs="Arial"/>
                <w:bCs/>
                <w:szCs w:val="16"/>
              </w:rPr>
              <w:t>🏁 אחרי הקריאה · A9</w:t>
            </w:r>
          </w:p>
          <w:p>
            <w:pPr>
              <w:bidi w:val="1"/>
              <w:spacing w:after="20"/>
              <w:jc w:val="right"/>
            </w:pPr>
            <w:r>
              <w:rPr>
                <w:b/>
                <w:sz w:val="21"/>
                <w:rtl w:val="1"/>
                <w:rFonts w:ascii="Arial" w:hAnsi="Arial" w:cs="Arial"/>
                <w:bCs/>
                <w:szCs w:val="21"/>
              </w:rPr>
              <w:t>📌 ראיה מהטקסט</w:t>
            </w:r>
          </w:p>
          <w:p>
            <w:pPr>
              <w:bidi w:val="1"/>
              <w:spacing w:after="20"/>
              <w:jc w:val="right"/>
            </w:pPr>
            <w:r>
              <w:rPr>
                <w:sz w:val="17"/>
                <w:rtl w:val="1"/>
                <w:rFonts w:ascii="Arial" w:hAnsi="Arial" w:cs="Arial"/>
                <w:szCs w:val="17"/>
              </w:rPr>
              <w:t>תשובה טובה נשענת על הטקסט. מצאו משפט או מילים שמוכיחים את התשובה, והביאו אותם במירכאות או במילים שלכם – עם מספר הפסקה.</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איזה משפט מוכיח את מה שכתבתי?</w:t>
            </w:r>
          </w:p>
          <w:p>
            <w:pPr>
              <w:bidi w:val="1"/>
              <w:spacing w:after="20"/>
              <w:jc w:val="right"/>
            </w:pPr>
            <w:r>
              <w:rPr>
                <w:sz w:val="17"/>
                <w:rtl w:val="1"/>
                <w:rFonts w:ascii="Arial" w:hAnsi="Arial" w:cs="Arial"/>
                <w:szCs w:val="17"/>
              </w:rPr>
              <w:t>• באיזו פסקה הוא?</w:t>
            </w:r>
          </w:p>
          <w:p>
            <w:pPr>
              <w:bidi w:val="1"/>
              <w:spacing w:after="20"/>
              <w:jc w:val="right"/>
            </w:pPr>
            <w:r>
              <w:rPr>
                <w:sz w:val="17"/>
                <w:rtl w:val="1"/>
                <w:rFonts w:ascii="Arial" w:hAnsi="Arial" w:cs="Arial"/>
                <w:szCs w:val="17"/>
              </w:rPr>
              <w:t>• הראיה באמת מתאימה לשאלה?</w:t>
            </w:r>
          </w:p>
        </w:tc>
        <w:tc>
          <w:tcPr>
            <w:tcW w:type="dxa" w:w="3515"/>
          </w:tcPr>
          <w:p>
            <w:pPr>
              <w:bidi w:val="1"/>
              <w:spacing w:after="20"/>
              <w:jc w:val="right"/>
            </w:pPr>
            <w:r>
              <w:rPr>
                <w:b/>
                <w:color w:val="000000"/>
                <w:sz w:val="16"/>
                <w:rtl w:val="1"/>
                <w:rFonts w:ascii="Arial" w:hAnsi="Arial" w:cs="Arial"/>
                <w:bCs/>
                <w:szCs w:val="16"/>
              </w:rPr>
              <w:t>🏁 אחרי הקריאה · A10</w:t>
            </w:r>
          </w:p>
          <w:p>
            <w:pPr>
              <w:bidi w:val="1"/>
              <w:spacing w:after="20"/>
              <w:jc w:val="right"/>
            </w:pPr>
            <w:r>
              <w:rPr>
                <w:b/>
                <w:sz w:val="21"/>
                <w:rtl w:val="1"/>
                <w:rFonts w:ascii="Arial" w:hAnsi="Arial" w:cs="Arial"/>
                <w:bCs/>
                <w:szCs w:val="21"/>
              </w:rPr>
              <w:t>✍️ תשובה מלאה: טענה + נימוק + דוגמה</w:t>
            </w:r>
          </w:p>
          <w:p>
            <w:pPr>
              <w:bidi w:val="1"/>
              <w:spacing w:after="20"/>
              <w:jc w:val="right"/>
            </w:pPr>
            <w:r>
              <w:rPr>
                <w:sz w:val="17"/>
                <w:rtl w:val="1"/>
                <w:rFonts w:ascii="Arial" w:hAnsi="Arial" w:cs="Arial"/>
                <w:szCs w:val="17"/>
              </w:rPr>
              <w:t>פתחו במשפט שעונה ישירות על השאלה (טענה), הוסיפו נימוק ("כי…"), וסיימו בדוגמה או בראיה מהטקסט ("למשל…", "בפסקה __ כתוב…").</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פתחתי במשפט שעונה ישירות?</w:t>
            </w:r>
          </w:p>
          <w:p>
            <w:pPr>
              <w:bidi w:val="1"/>
              <w:spacing w:after="20"/>
              <w:jc w:val="right"/>
            </w:pPr>
            <w:r>
              <w:rPr>
                <w:sz w:val="17"/>
                <w:rtl w:val="1"/>
                <w:rFonts w:ascii="Arial" w:hAnsi="Arial" w:cs="Arial"/>
                <w:szCs w:val="17"/>
              </w:rPr>
              <w:t>• יש נימוק עם "כי"?</w:t>
            </w:r>
          </w:p>
          <w:p>
            <w:pPr>
              <w:bidi w:val="1"/>
              <w:spacing w:after="20"/>
              <w:jc w:val="right"/>
            </w:pPr>
            <w:r>
              <w:rPr>
                <w:sz w:val="17"/>
                <w:rtl w:val="1"/>
                <w:rFonts w:ascii="Arial" w:hAnsi="Arial" w:cs="Arial"/>
                <w:szCs w:val="17"/>
              </w:rPr>
              <w:t>• יש דוגמה או ראיה?</w:t>
            </w:r>
          </w:p>
        </w:tc>
      </w:tr>
      <w:tr>
        <w:trPr>
          <w:trHeight w:val="4762"/>
        </w:trPr>
        <w:tc>
          <w:tcPr>
            <w:tcW w:type="dxa" w:w="3515"/>
          </w:tcPr>
          <w:p>
            <w:pPr>
              <w:bidi w:val="1"/>
              <w:spacing w:after="20"/>
              <w:jc w:val="right"/>
            </w:pPr>
            <w:r>
              <w:rPr>
                <w:b/>
                <w:color w:val="000000"/>
                <w:sz w:val="16"/>
                <w:rtl w:val="1"/>
                <w:rFonts w:ascii="Arial" w:hAnsi="Arial" w:cs="Arial"/>
                <w:bCs/>
                <w:szCs w:val="16"/>
              </w:rPr>
              <w:t>🆘 כרטיסי SOS · S1</w:t>
            </w:r>
          </w:p>
          <w:p>
            <w:pPr>
              <w:bidi w:val="1"/>
              <w:spacing w:after="20"/>
              <w:jc w:val="right"/>
            </w:pPr>
            <w:r>
              <w:rPr>
                <w:b/>
                <w:sz w:val="21"/>
                <w:rtl w:val="1"/>
                <w:rFonts w:ascii="Arial" w:hAnsi="Arial" w:cs="Arial"/>
                <w:bCs/>
                <w:szCs w:val="21"/>
              </w:rPr>
              <w:t>🆘 נתקעתי!</w:t>
            </w:r>
          </w:p>
          <w:p>
            <w:pPr>
              <w:bidi w:val="1"/>
              <w:spacing w:after="20"/>
              <w:jc w:val="right"/>
            </w:pPr>
            <w:r>
              <w:rPr>
                <w:sz w:val="17"/>
                <w:rtl w:val="1"/>
                <w:rFonts w:ascii="Arial" w:hAnsi="Arial" w:cs="Arial"/>
                <w:szCs w:val="17"/>
              </w:rPr>
              <w:t>עצרו ונשמו. חזרו לשאלה – מה בדיוק מבקשים? חזרו לכותרת ולמפת הטקסט. אפשר לדלג לשאלה הבאה ולחזור בסוף.</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כן הבנתי?</w:t>
            </w:r>
          </w:p>
          <w:p>
            <w:pPr>
              <w:bidi w:val="1"/>
              <w:spacing w:after="20"/>
              <w:jc w:val="right"/>
            </w:pPr>
            <w:r>
              <w:rPr>
                <w:sz w:val="17"/>
                <w:rtl w:val="1"/>
                <w:rFonts w:ascii="Arial" w:hAnsi="Arial" w:cs="Arial"/>
                <w:szCs w:val="17"/>
              </w:rPr>
              <w:t>• באיזו פסקה זה כנראה נמצא?</w:t>
            </w:r>
          </w:p>
          <w:p>
            <w:pPr>
              <w:bidi w:val="1"/>
              <w:spacing w:after="20"/>
              <w:jc w:val="right"/>
            </w:pPr>
            <w:r>
              <w:rPr>
                <w:sz w:val="17"/>
                <w:rtl w:val="1"/>
                <w:rFonts w:ascii="Arial" w:hAnsi="Arial" w:cs="Arial"/>
                <w:szCs w:val="17"/>
              </w:rPr>
              <w:t>• איזה כרטיס יכול לעזור לי עכשיו?</w:t>
            </w:r>
          </w:p>
        </w:tc>
        <w:tc>
          <w:tcPr>
            <w:tcW w:type="dxa" w:w="3515"/>
          </w:tcPr>
          <w:p>
            <w:pPr>
              <w:bidi w:val="1"/>
              <w:spacing w:after="20"/>
              <w:jc w:val="right"/>
            </w:pPr>
            <w:r>
              <w:rPr>
                <w:b/>
                <w:color w:val="000000"/>
                <w:sz w:val="16"/>
                <w:rtl w:val="1"/>
                <w:rFonts w:ascii="Arial" w:hAnsi="Arial" w:cs="Arial"/>
                <w:bCs/>
                <w:szCs w:val="16"/>
              </w:rPr>
              <w:t>🆘 כרטיסי SOS · S2</w:t>
            </w:r>
          </w:p>
          <w:p>
            <w:pPr>
              <w:bidi w:val="1"/>
              <w:spacing w:after="20"/>
              <w:jc w:val="right"/>
            </w:pPr>
            <w:r>
              <w:rPr>
                <w:b/>
                <w:sz w:val="21"/>
                <w:rtl w:val="1"/>
                <w:rFonts w:ascii="Arial" w:hAnsi="Arial" w:cs="Arial"/>
                <w:bCs/>
                <w:szCs w:val="21"/>
              </w:rPr>
              <w:t>📏 טקסט ארוך</w:t>
            </w:r>
          </w:p>
          <w:p>
            <w:pPr>
              <w:bidi w:val="1"/>
              <w:spacing w:after="20"/>
              <w:jc w:val="right"/>
            </w:pPr>
            <w:r>
              <w:rPr>
                <w:sz w:val="17"/>
                <w:rtl w:val="1"/>
                <w:rFonts w:ascii="Arial" w:hAnsi="Arial" w:cs="Arial"/>
                <w:szCs w:val="17"/>
              </w:rPr>
              <w:t>חלקו אותו לחתיכות: קראו חלק, תנו לו כותרת קטנה, ורק אז המשיכו. כדאי לקרוא קודם את השאלות – וכך לדעת מה לחפש.</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קראתי קודם את השאלות?</w:t>
            </w:r>
          </w:p>
          <w:p>
            <w:pPr>
              <w:bidi w:val="1"/>
              <w:spacing w:after="20"/>
              <w:jc w:val="right"/>
            </w:pPr>
            <w:r>
              <w:rPr>
                <w:sz w:val="17"/>
                <w:rtl w:val="1"/>
                <w:rFonts w:ascii="Arial" w:hAnsi="Arial" w:cs="Arial"/>
                <w:szCs w:val="17"/>
              </w:rPr>
              <w:t>• חילקתי לחלקים?</w:t>
            </w:r>
          </w:p>
          <w:p>
            <w:pPr>
              <w:bidi w:val="1"/>
              <w:spacing w:after="20"/>
              <w:jc w:val="right"/>
            </w:pPr>
            <w:r>
              <w:rPr>
                <w:sz w:val="17"/>
                <w:rtl w:val="1"/>
                <w:rFonts w:ascii="Arial" w:hAnsi="Arial" w:cs="Arial"/>
                <w:szCs w:val="17"/>
              </w:rPr>
              <w:t>• יש לי כותרת לכל חלק?</w:t>
            </w:r>
          </w:p>
        </w:tc>
        <w:tc>
          <w:tcPr>
            <w:tcW w:type="dxa" w:w="3515"/>
          </w:tcPr>
          <w:p>
            <w:pPr>
              <w:bidi w:val="1"/>
              <w:spacing w:after="20"/>
              <w:jc w:val="right"/>
            </w:pPr>
            <w:r>
              <w:rPr>
                <w:b/>
                <w:color w:val="000000"/>
                <w:sz w:val="16"/>
                <w:rtl w:val="1"/>
                <w:rFonts w:ascii="Arial" w:hAnsi="Arial" w:cs="Arial"/>
                <w:bCs/>
                <w:szCs w:val="16"/>
              </w:rPr>
              <w:t>🆘 כרטיסי SOS · S3</w:t>
            </w:r>
          </w:p>
          <w:p>
            <w:pPr>
              <w:bidi w:val="1"/>
              <w:spacing w:after="20"/>
              <w:jc w:val="right"/>
            </w:pPr>
            <w:r>
              <w:rPr>
                <w:b/>
                <w:sz w:val="21"/>
                <w:rtl w:val="1"/>
                <w:rFonts w:ascii="Arial" w:hAnsi="Arial" w:cs="Arial"/>
                <w:bCs/>
                <w:szCs w:val="21"/>
              </w:rPr>
              <w:t>🧱 מילה קשה מאוד</w:t>
            </w:r>
          </w:p>
          <w:p>
            <w:pPr>
              <w:bidi w:val="1"/>
              <w:spacing w:after="20"/>
              <w:jc w:val="right"/>
            </w:pPr>
            <w:r>
              <w:rPr>
                <w:sz w:val="17"/>
                <w:rtl w:val="1"/>
                <w:rFonts w:ascii="Arial" w:hAnsi="Arial" w:cs="Arial"/>
                <w:szCs w:val="17"/>
              </w:rPr>
              <w:t>פרקו אותה: חפשו חלק מוכר או שורש, תחילית או סיומת, מילה דומה בשפה אחרת. ואם עדיין לא – המשיכו לקרוא; לפעמים המילה לא חיונית להבנה.</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יש כאן חלק מוכר או שורש?</w:t>
            </w:r>
          </w:p>
          <w:p>
            <w:pPr>
              <w:bidi w:val="1"/>
              <w:spacing w:after="20"/>
              <w:jc w:val="right"/>
            </w:pPr>
            <w:r>
              <w:rPr>
                <w:sz w:val="17"/>
                <w:rtl w:val="1"/>
                <w:rFonts w:ascii="Arial" w:hAnsi="Arial" w:cs="Arial"/>
                <w:szCs w:val="17"/>
              </w:rPr>
              <w:t>• המילה חשובה להבנת המשפט?</w:t>
            </w:r>
          </w:p>
          <w:p>
            <w:pPr>
              <w:bidi w:val="1"/>
              <w:spacing w:after="20"/>
              <w:jc w:val="right"/>
            </w:pPr>
            <w:r>
              <w:rPr>
                <w:sz w:val="17"/>
                <w:rtl w:val="1"/>
                <w:rFonts w:ascii="Arial" w:hAnsi="Arial" w:cs="Arial"/>
                <w:szCs w:val="17"/>
              </w:rPr>
              <w:t>• איזו משמעות מתאימה להקשר?</w:t>
            </w:r>
          </w:p>
        </w:tc>
      </w:tr>
    </w:tbl>
    <w:p>
      <w:r>
        <w:br w:type="page"/>
      </w:r>
    </w:p>
    <w:tbl>
      <w:tblPr>
        <w:tblStyle w:val="TableGrid"/>
        <w:tblW w:type="auto" w:w="0"/>
        <w:jc w:val="center"/>
        <w:tblLook w:firstColumn="1" w:firstRow="1" w:lastColumn="0" w:lastRow="0" w:noHBand="0" w:noVBand="1" w:val="04A0"/>
      </w:tblPr>
      <w:tblGrid>
        <w:gridCol w:w="3591"/>
        <w:gridCol w:w="3591"/>
        <w:gridCol w:w="3591"/>
      </w:tblGrid>
      <w:tr>
        <w:trPr>
          <w:trHeight w:val="4762"/>
        </w:trPr>
        <w:tc>
          <w:tcPr>
            <w:tcW w:type="dxa" w:w="3515"/>
          </w:tcPr>
          <w:p>
            <w:pPr>
              <w:bidi w:val="1"/>
              <w:spacing w:after="20"/>
              <w:jc w:val="right"/>
            </w:pPr>
            <w:r>
              <w:rPr>
                <w:b/>
                <w:color w:val="000000"/>
                <w:sz w:val="17"/>
                <w:rtl w:val="1"/>
                <w:rFonts w:ascii="Arial" w:hAnsi="Arial" w:cs="Arial"/>
                <w:bCs/>
                <w:szCs w:val="17"/>
              </w:rPr>
              <w:t>🕵️ שאלת הסקה – בין השורות · A5</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"מה אפשר להסיק על התלמידים?" רמז: הם מצאו פתרון לבעיה (תורנות) ← מסקנה: הם אחראים ויודעים לעבוד יחד.</w:t>
            </w:r>
          </w:p>
          <w:p>
            <w:pPr>
              <w:bidi w:val="1"/>
              <w:spacing w:after="20"/>
              <w:jc w:val="right"/>
            </w:pPr>
            <w:r>
              <w:rPr>
                <w:sz w:val="17"/>
                <w:rtl w:val="1"/>
                <w:rFonts w:ascii="Arial" w:hAnsi="Arial" w:cs="Arial"/>
                <w:szCs w:val="17"/>
              </w:rPr>
              <w:t>💬 במילים פשוטות: רמז + מה שאני יודע/ת = מסקנה.</w:t>
            </w:r>
          </w:p>
          <w:p>
            <w:pPr>
              <w:bidi w:val="1"/>
              <w:spacing w:after="20"/>
              <w:jc w:val="right"/>
            </w:pPr>
            <w:r>
              <w:rPr>
                <w:b/>
                <w:color w:val="000000"/>
                <w:sz w:val="17"/>
                <w:rtl w:val="1"/>
                <w:rFonts w:ascii="Arial" w:hAnsi="Arial" w:cs="Arial"/>
                <w:bCs/>
                <w:szCs w:val="17"/>
              </w:rPr>
              <w:t>✋ נסו בעצמכם: השלימו: "בטקסט כתוב ___, ולכן אפשר להסיק ש___."</w:t>
            </w:r>
          </w:p>
        </w:tc>
        <w:tc>
          <w:tcPr>
            <w:tcW w:type="dxa" w:w="3515"/>
          </w:tcPr>
          <w:p>
            <w:pPr>
              <w:bidi w:val="1"/>
              <w:spacing w:after="20"/>
              <w:jc w:val="right"/>
            </w:pPr>
            <w:r>
              <w:rPr>
                <w:b/>
                <w:color w:val="000000"/>
                <w:sz w:val="17"/>
                <w:rtl w:val="1"/>
                <w:rFonts w:ascii="Arial" w:hAnsi="Arial" w:cs="Arial"/>
                <w:bCs/>
                <w:szCs w:val="17"/>
              </w:rPr>
              <w:t>🔄 שאלת השוואה · A6</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הגג לפני ↔ הגג היום. קנה מידה: מראה ושימוש. לפני – מאובק, איש לא עלה; ואילו היום – ירוק, ויש סיבה לעלות.</w:t>
            </w:r>
          </w:p>
          <w:p>
            <w:pPr>
              <w:bidi w:val="1"/>
              <w:spacing w:after="20"/>
              <w:jc w:val="right"/>
            </w:pPr>
            <w:r>
              <w:rPr>
                <w:sz w:val="17"/>
                <w:rtl w:val="1"/>
                <w:rFonts w:ascii="Arial" w:hAnsi="Arial" w:cs="Arial"/>
                <w:szCs w:val="17"/>
              </w:rPr>
              <w:t>💬 במילים פשוטות: מה דומה? מה שונה? ממלאים טבלה.</w:t>
            </w:r>
          </w:p>
          <w:p>
            <w:pPr>
              <w:bidi w:val="1"/>
              <w:spacing w:after="20"/>
              <w:jc w:val="right"/>
            </w:pPr>
            <w:r>
              <w:rPr>
                <w:b/>
                <w:color w:val="000000"/>
                <w:sz w:val="17"/>
                <w:rtl w:val="1"/>
                <w:rFonts w:ascii="Arial" w:hAnsi="Arial" w:cs="Arial"/>
                <w:bCs/>
                <w:szCs w:val="17"/>
              </w:rPr>
              <w:t>✋ נסו בעצמכם: מלאו טבלה: קנה מידה | א | ב.</w:t>
            </w:r>
          </w:p>
        </w:tc>
        <w:tc>
          <w:tcPr>
            <w:tcW w:type="dxa" w:w="3515"/>
          </w:tcPr>
          <w:p>
            <w:pPr>
              <w:bidi w:val="1"/>
              <w:spacing w:after="20"/>
              <w:jc w:val="right"/>
            </w:pPr>
            <w:r>
              <w:rPr>
                <w:b/>
                <w:color w:val="000000"/>
                <w:sz w:val="17"/>
                <w:rtl w:val="1"/>
                <w:rFonts w:ascii="Arial" w:hAnsi="Arial" w:cs="Arial"/>
                <w:bCs/>
                <w:szCs w:val="17"/>
              </w:rPr>
              <w:t>🗣️ שאלת עמדה · A7</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"כדאי לבנות גינה על גג בכל בית ספר?" ← "כן, כי לפי הטקסט היא מקררת את הכיתות, ובנוסף היא מלמדת אחריות – כמו התורנות."</w:t>
            </w:r>
          </w:p>
          <w:p>
            <w:pPr>
              <w:bidi w:val="1"/>
              <w:spacing w:after="20"/>
              <w:jc w:val="right"/>
            </w:pPr>
            <w:r>
              <w:rPr>
                <w:sz w:val="17"/>
                <w:rtl w:val="1"/>
                <w:rFonts w:ascii="Arial" w:hAnsi="Arial" w:cs="Arial"/>
                <w:szCs w:val="17"/>
              </w:rPr>
              <w:t>💬 במילים פשוטות: לדעתי… כי…</w:t>
            </w:r>
          </w:p>
          <w:p>
            <w:pPr>
              <w:bidi w:val="1"/>
              <w:spacing w:after="20"/>
              <w:jc w:val="right"/>
            </w:pPr>
            <w:r>
              <w:rPr>
                <w:b/>
                <w:color w:val="000000"/>
                <w:sz w:val="17"/>
                <w:rtl w:val="1"/>
                <w:rFonts w:ascii="Arial" w:hAnsi="Arial" w:cs="Arial"/>
                <w:bCs/>
                <w:szCs w:val="17"/>
              </w:rPr>
              <w:t>✋ נסו בעצמכם: כתבו עמדה + נימוק אחד + דוגמה אחת.</w:t>
            </w:r>
          </w:p>
        </w:tc>
      </w:tr>
      <w:tr>
        <w:trPr>
          <w:trHeight w:val="4762"/>
        </w:trPr>
        <w:tc>
          <w:tcPr>
            <w:tcW w:type="dxa" w:w="3515"/>
          </w:tcPr>
          <w:p>
            <w:pPr>
              <w:bidi w:val="1"/>
              <w:spacing w:after="20"/>
              <w:jc w:val="right"/>
            </w:pPr>
            <w:r>
              <w:rPr>
                <w:b/>
                <w:color w:val="000000"/>
                <w:sz w:val="17"/>
                <w:rtl w:val="1"/>
                <w:rFonts w:ascii="Arial" w:hAnsi="Arial" w:cs="Arial"/>
                <w:bCs/>
                <w:szCs w:val="17"/>
              </w:rPr>
              <w:t>📖 קוראים את השאלה נכון · A8</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"ציינו שני יתרונות של הגינה והסבירו אחד מהם." ← שני חלקים: רשימה של 2 יתרונות + הסבר לאחד מהם.</w:t>
            </w:r>
          </w:p>
          <w:p>
            <w:pPr>
              <w:bidi w:val="1"/>
              <w:spacing w:after="20"/>
              <w:jc w:val="right"/>
            </w:pPr>
            <w:r>
              <w:rPr>
                <w:sz w:val="17"/>
                <w:rtl w:val="1"/>
                <w:rFonts w:ascii="Arial" w:hAnsi="Arial" w:cs="Arial"/>
                <w:szCs w:val="17"/>
              </w:rPr>
              <w:t>💬 במילים פשוטות: מסמנים בשאלה: מה לעשות? כמה?</w:t>
            </w:r>
          </w:p>
          <w:p>
            <w:pPr>
              <w:bidi w:val="1"/>
              <w:spacing w:after="20"/>
              <w:jc w:val="right"/>
            </w:pPr>
            <w:r>
              <w:rPr>
                <w:b/>
                <w:color w:val="000000"/>
                <w:sz w:val="17"/>
                <w:rtl w:val="1"/>
                <w:rFonts w:ascii="Arial" w:hAnsi="Arial" w:cs="Arial"/>
                <w:bCs/>
                <w:szCs w:val="17"/>
              </w:rPr>
              <w:t>✋ נסו בעצמכם: בכל שאלה הקיפו את מילת ההוראה ומתחו קו מתחת למספר.</w:t>
            </w:r>
          </w:p>
        </w:tc>
        <w:tc>
          <w:tcPr>
            <w:tcW w:type="dxa" w:w="3515"/>
          </w:tcPr>
          <w:p>
            <w:pPr>
              <w:bidi w:val="1"/>
              <w:spacing w:after="20"/>
              <w:jc w:val="right"/>
            </w:pPr>
            <w:r>
              <w:rPr>
                <w:b/>
                <w:color w:val="000000"/>
                <w:sz w:val="17"/>
                <w:rtl w:val="1"/>
                <w:rFonts w:ascii="Arial" w:hAnsi="Arial" w:cs="Arial"/>
                <w:bCs/>
                <w:szCs w:val="17"/>
              </w:rPr>
              <w:t>📌 ראיה מהטקסט · A9</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טענה: "הגינה עוזרת גם לבעלי חיים." ראיה (פסקה 2): "פרפרים ודבורים מגיעים לפרחים".</w:t>
            </w:r>
          </w:p>
          <w:p>
            <w:pPr>
              <w:bidi w:val="1"/>
              <w:spacing w:after="20"/>
              <w:jc w:val="right"/>
            </w:pPr>
            <w:r>
              <w:rPr>
                <w:sz w:val="17"/>
                <w:rtl w:val="1"/>
                <w:rFonts w:ascii="Arial" w:hAnsi="Arial" w:cs="Arial"/>
                <w:szCs w:val="17"/>
              </w:rPr>
              <w:t>💬 במילים פשוטות: מוצאים בטקסט משפט שמוכיח.</w:t>
            </w:r>
          </w:p>
          <w:p>
            <w:pPr>
              <w:bidi w:val="1"/>
              <w:spacing w:after="20"/>
              <w:jc w:val="right"/>
            </w:pPr>
            <w:r>
              <w:rPr>
                <w:b/>
                <w:color w:val="000000"/>
                <w:sz w:val="17"/>
                <w:rtl w:val="1"/>
                <w:rFonts w:ascii="Arial" w:hAnsi="Arial" w:cs="Arial"/>
                <w:bCs/>
                <w:szCs w:val="17"/>
              </w:rPr>
              <w:t>✋ נסו בעצמכם: ליד כל תשובה כתבו: "ראיה: פסקה __".</w:t>
            </w:r>
          </w:p>
        </w:tc>
        <w:tc>
          <w:tcPr>
            <w:tcW w:type="dxa" w:w="3515"/>
          </w:tcPr>
          <w:p>
            <w:pPr>
              <w:bidi w:val="1"/>
              <w:spacing w:after="20"/>
              <w:jc w:val="right"/>
            </w:pPr>
            <w:r>
              <w:rPr>
                <w:b/>
                <w:color w:val="000000"/>
                <w:sz w:val="17"/>
                <w:rtl w:val="1"/>
                <w:rFonts w:ascii="Arial" w:hAnsi="Arial" w:cs="Arial"/>
                <w:bCs/>
                <w:szCs w:val="17"/>
              </w:rPr>
              <w:t>✍️ תשובה מלאה: טענה + נימוק + דוגמה · A10</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"התלמידים אחראים (טענה), כי הם דואגים לגינה גם כשקשה (נימוק). למשל, הם הקימו תורנות גינה שבועית (דוגמה)."</w:t>
            </w:r>
          </w:p>
          <w:p>
            <w:pPr>
              <w:bidi w:val="1"/>
              <w:spacing w:after="20"/>
              <w:jc w:val="right"/>
            </w:pPr>
            <w:r>
              <w:rPr>
                <w:sz w:val="17"/>
                <w:rtl w:val="1"/>
                <w:rFonts w:ascii="Arial" w:hAnsi="Arial" w:cs="Arial"/>
                <w:szCs w:val="17"/>
              </w:rPr>
              <w:t>💬 במילים פשוטות: טענה + כי + למשל.</w:t>
            </w:r>
          </w:p>
          <w:p>
            <w:pPr>
              <w:bidi w:val="1"/>
              <w:spacing w:after="20"/>
              <w:jc w:val="right"/>
            </w:pPr>
            <w:r>
              <w:rPr>
                <w:b/>
                <w:color w:val="000000"/>
                <w:sz w:val="17"/>
                <w:rtl w:val="1"/>
                <w:rFonts w:ascii="Arial" w:hAnsi="Arial" w:cs="Arial"/>
                <w:bCs/>
                <w:szCs w:val="17"/>
              </w:rPr>
              <w:t>✋ נסו בעצמכם: בדקו תשובה שכתבתם: סמנו ט / נ / ד. חסר משהו? הוסיפו.</w:t>
            </w:r>
          </w:p>
        </w:tc>
      </w:tr>
      <w:tr>
        <w:trPr>
          <w:trHeight w:val="4762"/>
        </w:trPr>
        <w:tc>
          <w:tcPr>
            <w:tcW w:type="dxa" w:w="3515"/>
          </w:tcPr>
          <w:p>
            <w:pPr>
              <w:bidi w:val="1"/>
              <w:spacing w:after="20"/>
              <w:jc w:val="right"/>
            </w:pPr>
            <w:r>
              <w:rPr>
                <w:b/>
                <w:color w:val="000000"/>
                <w:sz w:val="17"/>
                <w:rtl w:val="1"/>
                <w:rFonts w:ascii="Arial" w:hAnsi="Arial" w:cs="Arial"/>
                <w:bCs/>
                <w:szCs w:val="17"/>
              </w:rPr>
              <w:t>🆘 נתקעתי! · S1</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לא מוצאים תשובה ל"מה הקושי בגינה?" ← מילת הניגוד "עם זאת" בפסקה 3 מובילה ישר לקשיים.</w:t>
            </w:r>
          </w:p>
          <w:p>
            <w:pPr>
              <w:bidi w:val="1"/>
              <w:spacing w:after="20"/>
              <w:jc w:val="right"/>
            </w:pPr>
            <w:r>
              <w:rPr>
                <w:sz w:val="17"/>
                <w:rtl w:val="1"/>
                <w:rFonts w:ascii="Arial" w:hAnsi="Arial" w:cs="Arial"/>
                <w:szCs w:val="17"/>
              </w:rPr>
              <w:t>💬 במילים פשוטות: נושמים. קוראים שוב את השאלה. מדלגים וחוזרים.</w:t>
            </w:r>
          </w:p>
          <w:p>
            <w:pPr>
              <w:bidi w:val="1"/>
              <w:spacing w:after="20"/>
              <w:jc w:val="right"/>
            </w:pPr>
            <w:r>
              <w:rPr>
                <w:b/>
                <w:color w:val="000000"/>
                <w:sz w:val="17"/>
                <w:rtl w:val="1"/>
                <w:rFonts w:ascii="Arial" w:hAnsi="Arial" w:cs="Arial"/>
                <w:bCs/>
                <w:szCs w:val="17"/>
              </w:rPr>
              <w:t>✋ נסו בעצמכם: שלפו כרטיס מהחפיסה ונסו אותו על המקום שבו נתקעתם.</w:t>
            </w:r>
          </w:p>
        </w:tc>
        <w:tc>
          <w:tcPr>
            <w:tcW w:type="dxa" w:w="3515"/>
          </w:tcPr>
          <w:p>
            <w:pPr>
              <w:bidi w:val="1"/>
              <w:spacing w:after="20"/>
              <w:jc w:val="right"/>
            </w:pPr>
            <w:r>
              <w:rPr>
                <w:b/>
                <w:color w:val="000000"/>
                <w:sz w:val="17"/>
                <w:rtl w:val="1"/>
                <w:rFonts w:ascii="Arial" w:hAnsi="Arial" w:cs="Arial"/>
                <w:bCs/>
                <w:szCs w:val="17"/>
              </w:rPr>
              <w:t>📏 טקסט ארוך · S2</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טקסט של 12 פסקאות ← 3 חלקים של 4 פסקאות. אחרי כל חלק – משפט סיכום אחד.</w:t>
            </w:r>
          </w:p>
          <w:p>
            <w:pPr>
              <w:bidi w:val="1"/>
              <w:spacing w:after="20"/>
              <w:jc w:val="right"/>
            </w:pPr>
            <w:r>
              <w:rPr>
                <w:sz w:val="17"/>
                <w:rtl w:val="1"/>
                <w:rFonts w:ascii="Arial" w:hAnsi="Arial" w:cs="Arial"/>
                <w:szCs w:val="17"/>
              </w:rPr>
              <w:t>💬 במילים פשוטות: קוראים חלק קטן. עוצרים. ממשיכים.</w:t>
            </w:r>
          </w:p>
          <w:p>
            <w:pPr>
              <w:bidi w:val="1"/>
              <w:spacing w:after="20"/>
              <w:jc w:val="right"/>
            </w:pPr>
            <w:r>
              <w:rPr>
                <w:b/>
                <w:color w:val="000000"/>
                <w:sz w:val="17"/>
                <w:rtl w:val="1"/>
                <w:rFonts w:ascii="Arial" w:hAnsi="Arial" w:cs="Arial"/>
                <w:bCs/>
                <w:szCs w:val="17"/>
              </w:rPr>
              <w:t>✋ נסו בעצמכם: סמנו קו ✂️ בין חלקי הטקסט ותנו שם לכל חלק.</w:t>
            </w:r>
          </w:p>
        </w:tc>
        <w:tc>
          <w:tcPr>
            <w:tcW w:type="dxa" w:w="3515"/>
          </w:tcPr>
          <w:p>
            <w:pPr>
              <w:bidi w:val="1"/>
              <w:spacing w:after="20"/>
              <w:jc w:val="right"/>
            </w:pPr>
            <w:r>
              <w:rPr>
                <w:b/>
                <w:color w:val="000000"/>
                <w:sz w:val="17"/>
                <w:rtl w:val="1"/>
                <w:rFonts w:ascii="Arial" w:hAnsi="Arial" w:cs="Arial"/>
                <w:bCs/>
                <w:szCs w:val="17"/>
              </w:rPr>
              <w:t>🧱 מילה קשה מאוד · S3</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"להפחית את החום" – בתוך "להפחית" מסתתרת המילה "פחות" ← להפחית = לעשות שיהיה פחות.</w:t>
            </w:r>
          </w:p>
          <w:p>
            <w:pPr>
              <w:bidi w:val="1"/>
              <w:spacing w:after="20"/>
              <w:jc w:val="right"/>
            </w:pPr>
            <w:r>
              <w:rPr>
                <w:sz w:val="17"/>
                <w:rtl w:val="1"/>
                <w:rFonts w:ascii="Arial" w:hAnsi="Arial" w:cs="Arial"/>
                <w:szCs w:val="17"/>
              </w:rPr>
              <w:t>💬 במילים פשוטות: מחפשים בתוך המילה חלק מוכר.</w:t>
            </w:r>
          </w:p>
          <w:p>
            <w:pPr>
              <w:bidi w:val="1"/>
              <w:spacing w:after="20"/>
              <w:jc w:val="right"/>
            </w:pPr>
            <w:r>
              <w:rPr>
                <w:b/>
                <w:color w:val="000000"/>
                <w:sz w:val="17"/>
                <w:rtl w:val="1"/>
                <w:rFonts w:ascii="Arial" w:hAnsi="Arial" w:cs="Arial"/>
                <w:bCs/>
                <w:szCs w:val="17"/>
              </w:rPr>
              <w:t>✋ נסו בעצמכם: כתבו מילה קשה, את החלק המוכר שמצאתם ומילה מוכרת מאותה משפחה.</w:t>
            </w:r>
          </w:p>
        </w:tc>
      </w:tr>
    </w:tbl>
    <w:p>
      <w:r>
        <w:br w:type="page"/>
      </w:r>
    </w:p>
    <w:tbl>
      <w:tblPr>
        <w:tblStyle w:val="TableGrid"/>
        <w:tblW w:type="auto" w:w="0"/>
        <w:jc w:val="center"/>
        <w:tblLook w:firstColumn="1" w:firstRow="1" w:lastColumn="0" w:lastRow="0" w:noHBand="0" w:noVBand="1" w:val="04A0"/>
        <w:bidiVisual/>
      </w:tblPr>
      <w:tblGrid>
        <w:gridCol w:w="3591"/>
        <w:gridCol w:w="3591"/>
        <w:gridCol w:w="3591"/>
      </w:tblGrid>
      <w:tr>
        <w:trPr>
          <w:trHeight w:val="4762"/>
        </w:trPr>
        <w:tc>
          <w:tcPr>
            <w:tcW w:type="dxa" w:w="3515"/>
          </w:tcPr>
          <w:p>
            <w:pPr>
              <w:bidi w:val="1"/>
              <w:spacing w:after="20"/>
              <w:jc w:val="right"/>
            </w:pPr>
            <w:r>
              <w:rPr>
                <w:b/>
                <w:color w:val="000000"/>
                <w:sz w:val="16"/>
                <w:rtl w:val="1"/>
                <w:rFonts w:ascii="Arial" w:hAnsi="Arial" w:cs="Arial"/>
                <w:bCs/>
                <w:szCs w:val="16"/>
              </w:rPr>
              <w:t>🆘 כרטיסי SOS · S4</w:t>
            </w:r>
          </w:p>
          <w:p>
            <w:pPr>
              <w:bidi w:val="1"/>
              <w:spacing w:after="20"/>
              <w:jc w:val="right"/>
            </w:pPr>
            <w:r>
              <w:rPr>
                <w:b/>
                <w:sz w:val="21"/>
                <w:rtl w:val="1"/>
                <w:rFonts w:ascii="Arial" w:hAnsi="Arial" w:cs="Arial"/>
                <w:bCs/>
                <w:szCs w:val="21"/>
              </w:rPr>
              <w:t>⏱️ ניהול זמן במבחן</w:t>
            </w:r>
          </w:p>
          <w:p>
            <w:pPr>
              <w:bidi w:val="1"/>
              <w:spacing w:after="20"/>
              <w:jc w:val="right"/>
            </w:pPr>
            <w:r>
              <w:rPr>
                <w:sz w:val="17"/>
                <w:rtl w:val="1"/>
                <w:rFonts w:ascii="Arial" w:hAnsi="Arial" w:cs="Arial"/>
                <w:szCs w:val="17"/>
              </w:rPr>
              <w:t>קראו את כל השאלות לפני הקריאה. חלקו את הזמן לפי הניקוד, התחילו במה שקל לכם, והשאירו 5 דקות לבדיקה.</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כמה זמן יש וכמה שאלות?</w:t>
            </w:r>
          </w:p>
          <w:p>
            <w:pPr>
              <w:bidi w:val="1"/>
              <w:spacing w:after="20"/>
              <w:jc w:val="right"/>
            </w:pPr>
            <w:r>
              <w:rPr>
                <w:sz w:val="17"/>
                <w:rtl w:val="1"/>
                <w:rFonts w:ascii="Arial" w:hAnsi="Arial" w:cs="Arial"/>
                <w:szCs w:val="17"/>
              </w:rPr>
              <w:t>• לאילו שאלות הכי הרבה נקודות?</w:t>
            </w:r>
          </w:p>
          <w:p>
            <w:pPr>
              <w:bidi w:val="1"/>
              <w:spacing w:after="20"/>
              <w:jc w:val="right"/>
            </w:pPr>
            <w:r>
              <w:rPr>
                <w:sz w:val="17"/>
                <w:rtl w:val="1"/>
                <w:rFonts w:ascii="Arial" w:hAnsi="Arial" w:cs="Arial"/>
                <w:szCs w:val="17"/>
              </w:rPr>
              <w:t>• עבר חצי מהזמן – איפה אני?</w:t>
            </w:r>
          </w:p>
        </w:tc>
        <w:tc>
          <w:tcPr>
            <w:tcW w:type="dxa" w:w="3515"/>
          </w:tcPr>
          <w:p>
            <w:pPr>
              <w:bidi w:val="1"/>
              <w:spacing w:after="20"/>
              <w:jc w:val="right"/>
            </w:pPr>
            <w:r>
              <w:rPr>
                <w:b/>
                <w:color w:val="000000"/>
                <w:sz w:val="16"/>
                <w:rtl w:val="1"/>
                <w:rFonts w:ascii="Arial" w:hAnsi="Arial" w:cs="Arial"/>
                <w:bCs/>
                <w:szCs w:val="16"/>
              </w:rPr>
              <w:t>🆘 כרטיסי SOS · S5</w:t>
            </w:r>
          </w:p>
          <w:p>
            <w:pPr>
              <w:bidi w:val="1"/>
              <w:spacing w:after="20"/>
              <w:jc w:val="right"/>
            </w:pPr>
            <w:r>
              <w:rPr>
                <w:b/>
                <w:sz w:val="21"/>
                <w:rtl w:val="1"/>
                <w:rFonts w:ascii="Arial" w:hAnsi="Arial" w:cs="Arial"/>
                <w:bCs/>
                <w:szCs w:val="21"/>
              </w:rPr>
              <w:t>😮‍💨 לחץ? רגע של נשימה</w:t>
            </w:r>
          </w:p>
          <w:p>
            <w:pPr>
              <w:bidi w:val="1"/>
              <w:spacing w:after="20"/>
              <w:jc w:val="right"/>
            </w:pPr>
            <w:r>
              <w:rPr>
                <w:sz w:val="17"/>
                <w:rtl w:val="1"/>
                <w:rFonts w:ascii="Arial" w:hAnsi="Arial" w:cs="Arial"/>
                <w:szCs w:val="17"/>
              </w:rPr>
              <w:t>לחץ מצמצם את הקשב. עצרו לחצי דקה: 4 נשימות עמוקות, כתפיים למטה, משפט מעודד לעצמכם – וחזרו למשימה קטנה אחת.</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אני מרגיש/ה עכשיו?</w:t>
            </w:r>
          </w:p>
          <w:p>
            <w:pPr>
              <w:bidi w:val="1"/>
              <w:spacing w:after="20"/>
              <w:jc w:val="right"/>
            </w:pPr>
            <w:r>
              <w:rPr>
                <w:sz w:val="17"/>
                <w:rtl w:val="1"/>
                <w:rFonts w:ascii="Arial" w:hAnsi="Arial" w:cs="Arial"/>
                <w:szCs w:val="17"/>
              </w:rPr>
              <w:t>• מה משימה קטנה אחת שאפשר לעשות?</w:t>
            </w:r>
          </w:p>
          <w:p>
            <w:pPr>
              <w:bidi w:val="1"/>
              <w:spacing w:after="20"/>
              <w:jc w:val="right"/>
            </w:pPr>
            <w:r>
              <w:rPr>
                <w:sz w:val="17"/>
                <w:rtl w:val="1"/>
                <w:rFonts w:ascii="Arial" w:hAnsi="Arial" w:cs="Arial"/>
                <w:szCs w:val="17"/>
              </w:rPr>
              <w:t>• איזה משפט מחזק אגיד לעצמי?</w:t>
            </w:r>
          </w:p>
        </w:tc>
        <w:tc>
          <w:tcPr>
            <w:tcW w:type="dxa" w:w="3515"/>
          </w:tcPr>
          <w:p>
            <w:pPr>
              <w:bidi w:val="1"/>
              <w:spacing w:after="20"/>
              <w:jc w:val="right"/>
            </w:pPr>
            <w:r>
              <w:rPr>
                <w:b/>
                <w:color w:val="000000"/>
                <w:sz w:val="16"/>
                <w:rtl w:val="1"/>
                <w:rFonts w:ascii="Arial" w:hAnsi="Arial" w:cs="Arial"/>
                <w:bCs/>
                <w:szCs w:val="16"/>
              </w:rPr>
              <w:t>🆘 כרטיסי SOS · S6</w:t>
            </w:r>
          </w:p>
          <w:p>
            <w:pPr>
              <w:bidi w:val="1"/>
              <w:spacing w:after="20"/>
              <w:jc w:val="right"/>
            </w:pPr>
            <w:r>
              <w:rPr>
                <w:b/>
                <w:sz w:val="21"/>
                <w:rtl w:val="1"/>
                <w:rFonts w:ascii="Arial" w:hAnsi="Arial" w:cs="Arial"/>
                <w:bCs/>
                <w:szCs w:val="21"/>
              </w:rPr>
              <w:t>✅ בדיקה לפני הגשה</w:t>
            </w:r>
          </w:p>
          <w:p>
            <w:pPr>
              <w:bidi w:val="1"/>
              <w:spacing w:after="20"/>
              <w:jc w:val="right"/>
            </w:pPr>
            <w:r>
              <w:rPr>
                <w:sz w:val="17"/>
                <w:rtl w:val="1"/>
                <w:rFonts w:ascii="Arial" w:hAnsi="Arial" w:cs="Arial"/>
                <w:szCs w:val="17"/>
              </w:rPr>
              <w:t>עברו על כל תשובה: עניתי על כל חלקי השאלה? יש ראיה? המשפטים ברורים? הכתב קריא?</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עניתי על כל חלקי השאלה?</w:t>
            </w:r>
          </w:p>
          <w:p>
            <w:pPr>
              <w:bidi w:val="1"/>
              <w:spacing w:after="20"/>
              <w:jc w:val="right"/>
            </w:pPr>
            <w:r>
              <w:rPr>
                <w:sz w:val="17"/>
                <w:rtl w:val="1"/>
                <w:rFonts w:ascii="Arial" w:hAnsi="Arial" w:cs="Arial"/>
                <w:szCs w:val="17"/>
              </w:rPr>
              <w:t>• בכל תשובה פתוחה יש טענה + נימוק + דוגמה?</w:t>
            </w:r>
          </w:p>
          <w:p>
            <w:pPr>
              <w:bidi w:val="1"/>
              <w:spacing w:after="20"/>
              <w:jc w:val="right"/>
            </w:pPr>
            <w:r>
              <w:rPr>
                <w:sz w:val="17"/>
                <w:rtl w:val="1"/>
                <w:rFonts w:ascii="Arial" w:hAnsi="Arial" w:cs="Arial"/>
                <w:szCs w:val="17"/>
              </w:rPr>
              <w:t>• דילגתי על שאלה?</w:t>
            </w:r>
          </w:p>
        </w:tc>
      </w:tr>
      <w:tr>
        <w:trPr>
          <w:trHeight w:val="4762"/>
        </w:trPr>
        <w:tc>
          <w:tcPr>
            <w:tcW w:type="dxa" w:w="3515"/>
          </w:tcPr>
          <w:p>
            <w:pPr>
              <w:bidi w:val="1"/>
              <w:spacing w:after="20"/>
              <w:jc w:val="right"/>
            </w:pPr>
          </w:p>
        </w:tc>
        <w:tc>
          <w:tcPr>
            <w:tcW w:type="dxa" w:w="3515"/>
          </w:tcPr>
          <w:p>
            <w:pPr>
              <w:bidi w:val="1"/>
              <w:spacing w:after="20"/>
              <w:jc w:val="right"/>
            </w:pPr>
          </w:p>
        </w:tc>
        <w:tc>
          <w:tcPr>
            <w:tcW w:type="dxa" w:w="3515"/>
          </w:tcPr>
          <w:p>
            <w:pPr>
              <w:bidi w:val="1"/>
              <w:spacing w:after="20"/>
              <w:jc w:val="right"/>
            </w:pPr>
          </w:p>
        </w:tc>
      </w:tr>
      <w:tr>
        <w:trPr>
          <w:trHeight w:val="4762"/>
        </w:trPr>
        <w:tc>
          <w:tcPr>
            <w:tcW w:type="dxa" w:w="3515"/>
          </w:tcPr>
          <w:p>
            <w:pPr>
              <w:bidi w:val="1"/>
              <w:spacing w:after="20"/>
              <w:jc w:val="right"/>
            </w:pPr>
          </w:p>
        </w:tc>
        <w:tc>
          <w:tcPr>
            <w:tcW w:type="dxa" w:w="3515"/>
          </w:tcPr>
          <w:p>
            <w:pPr>
              <w:bidi w:val="1"/>
              <w:spacing w:after="20"/>
              <w:jc w:val="right"/>
            </w:pPr>
          </w:p>
        </w:tc>
        <w:tc>
          <w:tcPr>
            <w:tcW w:type="dxa" w:w="3515"/>
          </w:tcPr>
          <w:p>
            <w:pPr>
              <w:bidi w:val="1"/>
              <w:spacing w:after="20"/>
              <w:jc w:val="right"/>
            </w:pPr>
          </w:p>
        </w:tc>
      </w:tr>
    </w:tbl>
    <w:p>
      <w:r>
        <w:br w:type="page"/>
      </w:r>
    </w:p>
    <w:tbl>
      <w:tblPr>
        <w:tblStyle w:val="TableGrid"/>
        <w:tblW w:type="auto" w:w="0"/>
        <w:jc w:val="center"/>
        <w:tblLook w:firstColumn="1" w:firstRow="1" w:lastColumn="0" w:lastRow="0" w:noHBand="0" w:noVBand="1" w:val="04A0"/>
      </w:tblPr>
      <w:tblGrid>
        <w:gridCol w:w="3591"/>
        <w:gridCol w:w="3591"/>
        <w:gridCol w:w="3591"/>
      </w:tblGrid>
      <w:tr>
        <w:trPr>
          <w:trHeight w:val="4762"/>
        </w:trPr>
        <w:tc>
          <w:tcPr>
            <w:tcW w:type="dxa" w:w="3515"/>
          </w:tcPr>
          <w:p>
            <w:pPr>
              <w:bidi w:val="1"/>
              <w:spacing w:after="20"/>
              <w:jc w:val="right"/>
            </w:pPr>
            <w:r>
              <w:rPr>
                <w:b/>
                <w:color w:val="000000"/>
                <w:sz w:val="17"/>
                <w:rtl w:val="1"/>
                <w:rFonts w:ascii="Arial" w:hAnsi="Arial" w:cs="Arial"/>
                <w:bCs/>
                <w:szCs w:val="17"/>
              </w:rPr>
              <w:t>⏱️ ניהול זמן במבחן · S4</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מבחן של 45 דקות: 5 – קריאת השאלות וסריקה · 15 – קריאה וסימון · 20 – תשובות · 5 – בדיקה.</w:t>
            </w:r>
          </w:p>
          <w:p>
            <w:pPr>
              <w:bidi w:val="1"/>
              <w:spacing w:after="20"/>
              <w:jc w:val="right"/>
            </w:pPr>
            <w:r>
              <w:rPr>
                <w:sz w:val="17"/>
                <w:rtl w:val="1"/>
                <w:rFonts w:ascii="Arial" w:hAnsi="Arial" w:cs="Arial"/>
                <w:szCs w:val="17"/>
              </w:rPr>
              <w:t>💬 במילים פשוטות: מסתכלים על השעון. משאירים זמן לבדיקה.</w:t>
            </w:r>
          </w:p>
          <w:p>
            <w:pPr>
              <w:bidi w:val="1"/>
              <w:spacing w:after="20"/>
              <w:jc w:val="right"/>
            </w:pPr>
            <w:r>
              <w:rPr>
                <w:b/>
                <w:color w:val="000000"/>
                <w:sz w:val="17"/>
                <w:rtl w:val="1"/>
                <w:rFonts w:ascii="Arial" w:hAnsi="Arial" w:cs="Arial"/>
                <w:bCs/>
                <w:szCs w:val="17"/>
              </w:rPr>
              <w:t>✋ נסו בעצמכם: לפני המבחן הבא כתבו תוכנית זמנים קטנה בפינת הדף.</w:t>
            </w:r>
          </w:p>
        </w:tc>
        <w:tc>
          <w:tcPr>
            <w:tcW w:type="dxa" w:w="3515"/>
          </w:tcPr>
          <w:p>
            <w:pPr>
              <w:bidi w:val="1"/>
              <w:spacing w:after="20"/>
              <w:jc w:val="right"/>
            </w:pPr>
            <w:r>
              <w:rPr>
                <w:b/>
                <w:color w:val="000000"/>
                <w:sz w:val="17"/>
                <w:rtl w:val="1"/>
                <w:rFonts w:ascii="Arial" w:hAnsi="Arial" w:cs="Arial"/>
                <w:bCs/>
                <w:szCs w:val="17"/>
              </w:rPr>
              <w:t>😮‍💨 לחץ? רגע של נשימה · S5</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"יש לי זמן. אתחיל בשאלת האיתור – אותה אני יודע/ת לפתור."</w:t>
            </w:r>
          </w:p>
          <w:p>
            <w:pPr>
              <w:bidi w:val="1"/>
              <w:spacing w:after="20"/>
              <w:jc w:val="right"/>
            </w:pPr>
            <w:r>
              <w:rPr>
                <w:sz w:val="17"/>
                <w:rtl w:val="1"/>
                <w:rFonts w:ascii="Arial" w:hAnsi="Arial" w:cs="Arial"/>
                <w:szCs w:val="17"/>
              </w:rPr>
              <w:t>💬 במילים פשוטות: נושמים 4 פעמים. מתחילים משאלה קלה.</w:t>
            </w:r>
          </w:p>
          <w:p>
            <w:pPr>
              <w:bidi w:val="1"/>
              <w:spacing w:after="20"/>
              <w:jc w:val="right"/>
            </w:pPr>
            <w:r>
              <w:rPr>
                <w:b/>
                <w:color w:val="000000"/>
                <w:sz w:val="17"/>
                <w:rtl w:val="1"/>
                <w:rFonts w:ascii="Arial" w:hAnsi="Arial" w:cs="Arial"/>
                <w:bCs/>
                <w:szCs w:val="17"/>
              </w:rPr>
              <w:t>✋ נסו בעצמכם: כתבו משפט מחזק אישי ושמרו אותו בקלמר.</w:t>
            </w:r>
          </w:p>
        </w:tc>
        <w:tc>
          <w:tcPr>
            <w:tcW w:type="dxa" w:w="3515"/>
          </w:tcPr>
          <w:p>
            <w:pPr>
              <w:bidi w:val="1"/>
              <w:spacing w:after="20"/>
              <w:jc w:val="right"/>
            </w:pPr>
            <w:r>
              <w:rPr>
                <w:b/>
                <w:color w:val="000000"/>
                <w:sz w:val="17"/>
                <w:rtl w:val="1"/>
                <w:rFonts w:ascii="Arial" w:hAnsi="Arial" w:cs="Arial"/>
                <w:bCs/>
                <w:szCs w:val="17"/>
              </w:rPr>
              <w:t>✅ בדיקה לפני הגשה · S6</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"ציינו שני יתרונות" – כתבתי רק אחד? ← מוסיפים את השני לפני ההגשה.</w:t>
            </w:r>
          </w:p>
          <w:p>
            <w:pPr>
              <w:bidi w:val="1"/>
              <w:spacing w:after="20"/>
              <w:jc w:val="right"/>
            </w:pPr>
            <w:r>
              <w:rPr>
                <w:sz w:val="17"/>
                <w:rtl w:val="1"/>
                <w:rFonts w:ascii="Arial" w:hAnsi="Arial" w:cs="Arial"/>
                <w:szCs w:val="17"/>
              </w:rPr>
              <w:t>💬 במילים פשוטות: בודקים: עניתי על הכול?</w:t>
            </w:r>
          </w:p>
          <w:p>
            <w:pPr>
              <w:bidi w:val="1"/>
              <w:spacing w:after="20"/>
              <w:jc w:val="right"/>
            </w:pPr>
            <w:r>
              <w:rPr>
                <w:b/>
                <w:color w:val="000000"/>
                <w:sz w:val="17"/>
                <w:rtl w:val="1"/>
                <w:rFonts w:ascii="Arial" w:hAnsi="Arial" w:cs="Arial"/>
                <w:bCs/>
                <w:szCs w:val="17"/>
              </w:rPr>
              <w:t>✋ נסו בעצמכם: סמנו ✔ ליד כל שאלה שבדקתם.</w:t>
            </w:r>
          </w:p>
        </w:tc>
      </w:tr>
      <w:tr>
        <w:trPr>
          <w:trHeight w:val="4762"/>
        </w:trPr>
        <w:tc>
          <w:tcPr>
            <w:tcW w:type="dxa" w:w="3515"/>
          </w:tcPr>
          <w:p>
            <w:pPr>
              <w:bidi w:val="1"/>
              <w:spacing w:after="20"/>
              <w:jc w:val="right"/>
            </w:pPr>
          </w:p>
        </w:tc>
        <w:tc>
          <w:tcPr>
            <w:tcW w:type="dxa" w:w="3515"/>
          </w:tcPr>
          <w:p>
            <w:pPr>
              <w:bidi w:val="1"/>
              <w:spacing w:after="20"/>
              <w:jc w:val="right"/>
            </w:pPr>
          </w:p>
        </w:tc>
        <w:tc>
          <w:tcPr>
            <w:tcW w:type="dxa" w:w="3515"/>
          </w:tcPr>
          <w:p>
            <w:pPr>
              <w:bidi w:val="1"/>
              <w:spacing w:after="20"/>
              <w:jc w:val="right"/>
            </w:pPr>
          </w:p>
        </w:tc>
      </w:tr>
      <w:tr>
        <w:trPr>
          <w:trHeight w:val="4762"/>
        </w:trPr>
        <w:tc>
          <w:tcPr>
            <w:tcW w:type="dxa" w:w="3515"/>
          </w:tcPr>
          <w:p>
            <w:pPr>
              <w:bidi w:val="1"/>
              <w:spacing w:after="20"/>
              <w:jc w:val="right"/>
            </w:pPr>
          </w:p>
        </w:tc>
        <w:tc>
          <w:tcPr>
            <w:tcW w:type="dxa" w:w="3515"/>
          </w:tcPr>
          <w:p>
            <w:pPr>
              <w:bidi w:val="1"/>
              <w:spacing w:after="20"/>
              <w:jc w:val="right"/>
            </w:pPr>
          </w:p>
        </w:tc>
        <w:tc>
          <w:tcPr>
            <w:tcW w:type="dxa" w:w="3515"/>
          </w:tcPr>
          <w:p>
            <w:pPr>
              <w:bidi w:val="1"/>
              <w:spacing w:after="20"/>
              <w:jc w:val="right"/>
            </w:pPr>
          </w:p>
        </w:tc>
      </w:tr>
    </w:tbl>
    <w:sectPr w:rsidR="00FC693F" w:rsidRPr="0006063C" w:rsidSect="00034616">
      <w:headerReference w:type="default" r:id="rId9"/>
      <w:footerReference w:type="default" r:id="rId10"/>
      <w:pgSz w:w="11906" w:h="16838"/>
      <w:pgMar w:top="794" w:right="567" w:bottom="794" w:left="56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כרטיסיות ניווט בטקסט</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כרטיסיות ניווט – איך מתמודדים עם טקסט · 9 כרטיסים בעמוד</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